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Nok Air resumes India flights with direct service to Hyderabad amid fierce competition from Thai AirAsia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t>Nok Air is preparing to return to India after more than a year without international services, with the Bangkok-based carrier planning to launch direct flights from Don Mueang to Hyderabad on 14 October. The airline’s move would mark the end of a pause in overseas operations that began in June 2025, and signals a cautious re-entry into a market it appears to see as viable for the winter season.</w:t>
      </w:r>
      <w:r/>
    </w:p>
    <w:p>
      <w:r/>
      <w:r>
        <w:t>According to advance timetable data, Nok Air plans to run the route four times a week on Tuesdays, Wednesdays, Fridays and Sundays, using a Boeing 737-8 configured with 189 seats. The service is expected to form part of a wider winter schedule running from October 2026 through March 2027, with the airline indicating that additional Indian gateway cities could follow if the initial route performs well.</w:t>
      </w:r>
      <w:r/>
    </w:p>
    <w:p>
      <w:r/>
      <w:r>
        <w:t>The return comes with competition already lined up. Thai AirAsia has also filed plans to resume Hyderabad flights, starting on 18 November, using Airbus A320 aircraft with 180 seats. Its schedule is set to mirror Nok Air’s frequency, with four weekly departures on Mondays, Wednesdays, Fridays and Sundays. Flight information published online shows the Thai AirAsia service departing Bangkok at 20:50 and arriving in Hyderabad at 22:55, underscoring how closely matched the two carriers are likely to be on timing as they vie for passengers on the same city pair.</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9">
        <w:r>
          <w:rPr>
            <w:color w:val="0000EE"/>
            <w:u w:val="single"/>
          </w:rPr>
          <w:t>[7]</w:t>
        </w:r>
      </w:hyperlink>
      <w:r>
        <w:t xml:space="preserve">- Paragraph 2: </w:t>
      </w:r>
      <w:hyperlink r:id="rId9">
        <w:r>
          <w:rPr>
            <w:color w:val="0000EE"/>
            <w:u w:val="single"/>
          </w:rPr>
          <w:t>[2]</w:t>
        </w:r>
      </w:hyperlink>
      <w:r>
        <w:t xml:space="preserve">, </w:t>
      </w:r>
      <w:hyperlink r:id="rId10">
        <w:r>
          <w:rPr>
            <w:color w:val="0000EE"/>
            <w:u w:val="single"/>
          </w:rPr>
          <w:t>[3]</w:t>
        </w:r>
      </w:hyperlink>
      <w:r>
        <w:t xml:space="preserve">, </w:t>
      </w:r>
      <w:hyperlink r:id="rId9">
        <w:r>
          <w:rPr>
            <w:color w:val="0000EE"/>
            <w:u w:val="single"/>
          </w:rPr>
          <w:t>[6]</w:t>
        </w:r>
      </w:hyperlink>
      <w:r>
        <w:t xml:space="preserve">- Paragraph 3: </w:t>
      </w:r>
      <w:hyperlink r:id="rId9">
        <w:r>
          <w:rPr>
            <w:color w:val="0000EE"/>
            <w:u w:val="single"/>
          </w:rPr>
          <w:t>[4]</w:t>
        </w:r>
      </w:hyperlink>
      <w:r>
        <w:t xml:space="preserve">, </w:t>
      </w:r>
      <w:hyperlink r:id="rId11">
        <w:r>
          <w:rPr>
            <w:color w:val="0000EE"/>
            <w:u w:val="single"/>
          </w:rPr>
          <w:t>[5]</w:t>
        </w:r>
      </w:hyperlink>
      <w:r/>
    </w:p>
    <w:p>
      <w:r/>
      <w:r>
        <w:t xml:space="preserve">Source: </w:t>
      </w:r>
      <w:hyperlink r:id="rId12">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https://www.ttrweekly.com/site/2026/08/nok-air-resumes-flights-to-india/</w:t>
        </w:r>
      </w:hyperlink>
      <w:r>
        <w:t xml:space="preserve"> - Please view link - unable to able to access data</w:t>
      </w:r>
      <w:r/>
    </w:p>
    <w:p>
      <w:pPr>
        <w:pStyle w:val="ListNumber"/>
        <w:spacing w:line="240" w:lineRule="auto"/>
        <w:ind w:left="720"/>
      </w:pPr>
      <w:r/>
      <w:hyperlink r:id="rId9">
        <w:r>
          <w:rPr>
            <w:color w:val="0000EE"/>
            <w:u w:val="single"/>
          </w:rPr>
          <w:t>https://www.ttrweekly.com/site/2026/08/nok-air-resumes-flights-to-india/</w:t>
        </w:r>
      </w:hyperlink>
      <w:r>
        <w:t xml:space="preserve"> - Bangkok-based Nok Air plans to resume direct flights from Bangkok (DMK) to Hyderabad (HYD), India, starting 14 October 2026. The airline will operate four weekly services on Tuesdays, Wednesdays, Fridays, and Sundays using a Boeing 737-8 with 189 seats. This marks Nok Air's return to international routes after suspending all international flights in June 2025. (</w:t>
      </w:r>
      <w:hyperlink r:id="rId13">
        <w:r>
          <w:rPr>
            <w:color w:val="0000EE"/>
            <w:u w:val="single"/>
          </w:rPr>
          <w:t>ttrweekly.com</w:t>
        </w:r>
      </w:hyperlink>
      <w:r>
        <w:t>)</w:t>
      </w:r>
      <w:r/>
    </w:p>
    <w:p>
      <w:pPr>
        <w:pStyle w:val="ListNumber"/>
        <w:spacing w:line="240" w:lineRule="auto"/>
        <w:ind w:left="720"/>
      </w:pPr>
      <w:r/>
      <w:hyperlink r:id="rId10">
        <w:r>
          <w:rPr>
            <w:color w:val="0000EE"/>
            <w:u w:val="single"/>
          </w:rPr>
          <w:t>https://www.airlinestat.it/p/nok-air-resumes-hyderabad-service-from-oct-2026</w:t>
        </w:r>
      </w:hyperlink>
      <w:r>
        <w:t xml:space="preserve"> - Nok Air is set to resume its Bangkok Don Mueang (DMK) to Hyderabad (HYD) route from 14 October 2026, operating four weekly flights using Boeing 737-800 aircraft. This service had been suspended since 2023, and the resumption signifies Nok Air's return to the Indian market. (</w:t>
      </w:r>
      <w:hyperlink r:id="rId14">
        <w:r>
          <w:rPr>
            <w:color w:val="0000EE"/>
            <w:u w:val="single"/>
          </w:rPr>
          <w:t>airlinestat.it</w:t>
        </w:r>
      </w:hyperlink>
      <w:r>
        <w:t>)</w:t>
      </w:r>
      <w:r/>
    </w:p>
    <w:p>
      <w:pPr>
        <w:pStyle w:val="ListNumber"/>
        <w:spacing w:line="240" w:lineRule="auto"/>
        <w:ind w:left="720"/>
      </w:pPr>
      <w:r/>
      <w:hyperlink r:id="rId9">
        <w:r>
          <w:rPr>
            <w:color w:val="0000EE"/>
            <w:u w:val="single"/>
          </w:rPr>
          <w:t>https://www.ttrweekly.com/site/2026/08/nok-air-resumes-flights-to-india/</w:t>
        </w:r>
      </w:hyperlink>
      <w:r>
        <w:t xml:space="preserve"> - Thai AirAsia has scheduled a return to Hyderabad effective 18 November 2026, deploying Airbus A320s with 180 seats on the route. The airline will operate four weekly services on Monday, Wednesday, Friday, and Sunday. (</w:t>
      </w:r>
      <w:hyperlink r:id="rId13">
        <w:r>
          <w:rPr>
            <w:color w:val="0000EE"/>
            <w:u w:val="single"/>
          </w:rPr>
          <w:t>ttrweekly.com</w:t>
        </w:r>
      </w:hyperlink>
      <w:r>
        <w:t>)</w:t>
      </w:r>
      <w:r/>
    </w:p>
    <w:p>
      <w:pPr>
        <w:pStyle w:val="ListNumber"/>
        <w:spacing w:line="240" w:lineRule="auto"/>
        <w:ind w:left="720"/>
      </w:pPr>
      <w:r/>
      <w:hyperlink r:id="rId11">
        <w:r>
          <w:rPr>
            <w:color w:val="0000EE"/>
            <w:u w:val="single"/>
          </w:rPr>
          <w:t>https://www.flight.info/FD118</w:t>
        </w:r>
      </w:hyperlink>
      <w:r>
        <w:t xml:space="preserve"> - Thai AirAsia flight FD118 departs Bangkok Don Mueang (DMK) at 20:50 and arrives in Hyderabad (HYD) at 22:55. The flight operates on Mondays, Wednesdays, Fridays, and Sundays, with a duration of approximately 3 hours and 35 minutes. (</w:t>
      </w:r>
      <w:hyperlink r:id="rId15">
        <w:r>
          <w:rPr>
            <w:color w:val="0000EE"/>
            <w:u w:val="single"/>
          </w:rPr>
          <w:t>flight.info</w:t>
        </w:r>
      </w:hyperlink>
      <w:r>
        <w:t>)</w:t>
      </w:r>
      <w:r/>
    </w:p>
    <w:p>
      <w:pPr>
        <w:pStyle w:val="ListNumber"/>
        <w:spacing w:line="240" w:lineRule="auto"/>
        <w:ind w:left="720"/>
      </w:pPr>
      <w:r/>
      <w:hyperlink r:id="rId9">
        <w:r>
          <w:rPr>
            <w:color w:val="0000EE"/>
            <w:u w:val="single"/>
          </w:rPr>
          <w:t>https://www.ttrweekly.com/site/2026/08/nok-air-resumes-flights-to-india/</w:t>
        </w:r>
      </w:hyperlink>
      <w:r>
        <w:t xml:space="preserve"> - Nok Air intends to reintroduce flights to gateway cities in India during the winter timetable from October 2026 to March 2027, starting with the Bangkok-Hyderabad route. (</w:t>
      </w:r>
      <w:hyperlink r:id="rId13">
        <w:r>
          <w:rPr>
            <w:color w:val="0000EE"/>
            <w:u w:val="single"/>
          </w:rPr>
          <w:t>ttrweekly.com</w:t>
        </w:r>
      </w:hyperlink>
      <w:r>
        <w:t>)</w:t>
      </w:r>
      <w:r/>
    </w:p>
    <w:p>
      <w:pPr>
        <w:pStyle w:val="ListNumber"/>
        <w:spacing w:line="240" w:lineRule="auto"/>
        <w:ind w:left="720"/>
      </w:pPr>
      <w:r/>
      <w:hyperlink r:id="rId9">
        <w:r>
          <w:rPr>
            <w:color w:val="0000EE"/>
            <w:u w:val="single"/>
          </w:rPr>
          <w:t>https://www.ttrweekly.com/site/2026/08/nok-air-resumes-flights-to-india/</w:t>
        </w:r>
      </w:hyperlink>
      <w:r>
        <w:t xml:space="preserve"> - Nok Air's return to international routes, including the Bangkok-Hyderabad service, follows the suspension of all international flights in June 2025. (</w:t>
      </w:r>
      <w:hyperlink r:id="rId13">
        <w:r>
          <w:rPr>
            <w:color w:val="0000EE"/>
            <w:u w:val="single"/>
          </w:rPr>
          <w:t>ttrweekly.com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trweekly.com/site/2026/08/nok-air-resumes-flights-to-india/" TargetMode="External"/><Relationship Id="rId10" Type="http://schemas.openxmlformats.org/officeDocument/2006/relationships/hyperlink" Target="https://www.airlinestat.it/p/nok-air-resumes-hyderabad-service-from-oct-2026" TargetMode="External"/><Relationship Id="rId11" Type="http://schemas.openxmlformats.org/officeDocument/2006/relationships/hyperlink" Target="https://www.flight.info/FD118" TargetMode="External"/><Relationship Id="rId12" Type="http://schemas.openxmlformats.org/officeDocument/2006/relationships/hyperlink" Target="https://www.noahwire.com" TargetMode="External"/><Relationship Id="rId13" Type="http://schemas.openxmlformats.org/officeDocument/2006/relationships/hyperlink" Target="https://www.ttrweekly.com/site/2026/08/nok-air-resumes-flights-to-india/?utm_source=openai" TargetMode="External"/><Relationship Id="rId14" Type="http://schemas.openxmlformats.org/officeDocument/2006/relationships/hyperlink" Target="https://www.airlinestat.it/p/nok-air-resumes-hyderabad-service-from-oct-2026?utm_source=openai" TargetMode="External"/><Relationship Id="rId15" Type="http://schemas.openxmlformats.org/officeDocument/2006/relationships/hyperlink" Target="https://www.flight.info/FD118?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