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 accelerates expansion of auto gates at Suvarnabhumi to cut long immigration queues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Thailand is rushing to widen access to automated passport gates at Bangkok's Suvarnabhumi Airport after a summer of complaints about long waits at immigration, with officials saying the next phase of the system should sharply reduce pressure at the country's busiest international gateway. By late August, government updates said the Immigration Bureau had approved an expansion covering 31 additional foreign nationalities and was testing the system with Airports of Thailand, after travellers reported queues stretching to as much as three hours during the July holiday period.</w:t>
      </w:r>
      <w:r/>
    </w:p>
    <w:p>
      <w:r/>
      <w:r>
        <w:t>The pressure on the airport is substantial. Khaosod English and The Nation reported that Suvarnabhumi handles about 190,000 passengers a day in peak season and roughly 140,000 to 150,000 in quieter months, with around 70,000 of those travellers arriving from abroad each day. The toughest period is typically the afternoon, between 13:00 and 17:00, when 5,000 to 6,000 passengers an hour can pour into immigration. VnExpress, citing Airports of Thailand, said the airport manages about 1,050 flights a day and is expected to serve around 65 million travellers in 2026, up 26 per cent year on year, with traffic forecast to reach 73 million by 2029.</w:t>
      </w:r>
      <w:r/>
    </w:p>
    <w:p>
      <w:r/>
      <w:r>
        <w:t>The complaints that forced the issue into public view were strikingly specific. VnExpress reported that on 27 July 2026 Vu Vu, an administrator of a Thailand travel community with nearly 500,000 members, posted photographs showing long queues and said it had taken him nearly an hour to clear formalities himself. Other Vietnamese travellers told the outlet that the designated queuing space had filled up so badly that passengers spilled into nearby corridors, while one group arriving earlier in July said it took more than two hours to get through after landing in the afternoon. Similar grievances surfaced on Thai social media, with some foreign visitors claiming waits of three to four hours.</w:t>
      </w:r>
      <w:r/>
    </w:p>
    <w:p>
      <w:r/>
      <w:r>
        <w:t>Thai authorities had already begun trying to tackle the bottlenecks before those accounts circulated widely. A multi-agency inspection on 16 July brought together the tourism and transport ministries, the Tourism Authority of Thailand, the Immigration Bureau, Airports of Thailand and other bodies to examine where the arrival process was breaking down. In a statement carried by the TAT Newsroom, Tourism Minister Surasak Phancharoenworakul said: "Our priority is to ensure that Suvarnabhumi Airport serves as an international gateway that delivers a strong first impression." Officials said they would share flight and passenger data in real time so staffing could be shifted more precisely through the day, while also reviewing temporary waiting areas, queue management and wider use of biometric screening.</w:t>
      </w:r>
      <w:r/>
    </w:p>
    <w:p>
      <w:r/>
      <w:r>
        <w:t>At that stage, the automated arrival channels were still restricted to eligible passport holders from Singapore and Hong Kong, according to TAT. The later August plan was far more ambitious. Khaosod English and The Nation reported that officials want passengers to be spread more evenly across all three immigration zones, with central hall space opened to stop lines spilling backwards and more officers deployed when banks of flights arrive together. The new Auto Gate cohort was selected using immigration rejection data, the Henley Passport Index and security considerations, those reports said. If the expansion works as intended, about 6.5 million additional short-term visitors and another 900,000 long-term visa holders could become eligible, and up to 53 per cent of inbound international passengers could eventually use the gates instead of manual counters. A government update published on 26 August said the broader scheme had in effect become an Auto Gate offer for 33 countries in total, with live testing under way and launch targeted within a month so the system is ready before the year-end rush.</w:t>
      </w:r>
      <w:r/>
    </w:p>
    <w:p>
      <w:r/>
      <w:r>
        <w:t>The official line, however, has not always matched what travellers say they experience. When a different image of packed immigration queues went viral during the New Year travel period, Khaosod English reported that Police Col Pongthorn Pongrattanant, spokesman for Immigration Division 2, said the photograph probably dated from 28 December 2025, when about 30 international flights landed between 13:00 and 14:00 and roughly 5,700 passengers hit immigration at once. More than 85,000 travellers passed through the airport that day, he said, yet officers were still generally clearing arriving passengers within 30 minutes under a holiday operating regime known as the "Sky Plan". He also argued that Suvarnabhumi's long, narrow approaches to the halls can make queues look worse than they are. The July complaints suggest those assurances have not settled the matter.</w:t>
      </w:r>
      <w:r/>
    </w:p>
    <w:p>
      <w:r/>
      <w:r>
        <w:t>Another part of the congestion story concerns paperwork before passengers even join the line. Authorities have warned travellers not to pay for Thailand's Digital Arrival Card through unofficial websites after fake services began charging for a form that is free on the official system. The Immigration Bureau's own FAQ says the online TDAC replaces the old paper arrival card and must be submitted within three days before arrival, including the date of arrival itself. It is required for all non-Thai nationals, including children and infants, and is valid for one entry only. Transit passengers who do not pass through immigration do not need it, but anyone leaving the airport does.</w:t>
      </w:r>
      <w:r/>
    </w:p>
    <w:p>
      <w:r/>
      <w:r>
        <w:t>That leaves Thailand with a narrow window to turn a recurrent irritant into an operational fix before the high season intensifies. The airport's role as the country's main air gateway means a jam at passport control can quickly ripple into hotel transfers, tour departures and onward domestic flights, but it also means improvements are highly visible if they work. For now, the government's response has moved beyond reassurance to a concrete redesign of how arriving passengers are channelled, counted and cleared. Whether that is enough to spare visitors another autumn of corridor queues at Suvarnabhumi should become clear well before the New Year crowds arrive.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Paragraph 3: </w:t>
      </w:r>
      <w:hyperlink r:id="rId12">
        <w:r>
          <w:rPr>
            <w:color w:val="0000EE"/>
            <w:u w:val="single"/>
          </w:rPr>
          <w:t>[2]</w:t>
        </w:r>
      </w:hyperlink>
      <w:r>
        <w:t xml:space="preserve">- Paragraph 4: </w:t>
      </w:r>
      <w:hyperlink r:id="rId13">
        <w:r>
          <w:rPr>
            <w:color w:val="0000EE"/>
            <w:u w:val="single"/>
          </w:rPr>
          <w:t>[5]</w:t>
        </w:r>
      </w:hyperlink>
      <w:r>
        <w:t xml:space="preserve">- Paragraph 5: </w:t>
      </w:r>
      <w:hyperlink r:id="rId10">
        <w:r>
          <w:rPr>
            <w:color w:val="0000EE"/>
            <w:u w:val="single"/>
          </w:rPr>
          <w:t>[4]</w:t>
        </w:r>
      </w:hyperlink>
      <w:r>
        <w:t xml:space="preserve">, </w:t>
      </w:r>
      <w:hyperlink r:id="rId11">
        <w:r>
          <w:rPr>
            <w:color w:val="0000EE"/>
            <w:u w:val="single"/>
          </w:rPr>
          <w:t>[6]</w:t>
        </w:r>
      </w:hyperlink>
      <w:r>
        <w:t xml:space="preserve">- Paragraph 6: </w:t>
      </w:r>
      <w:hyperlink r:id="rId14">
        <w:r>
          <w:rPr>
            <w:color w:val="0000EE"/>
            <w:u w:val="single"/>
          </w:rPr>
          <w:t>[3]</w:t>
        </w:r>
      </w:hyperlink>
      <w:r>
        <w:t xml:space="preserve">- Paragraph 7: </w:t>
      </w:r>
      <w:hyperlink r:id="rId11">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0">
        <w:r>
          <w:rPr>
            <w:color w:val="0000EE"/>
            <w:u w:val="single"/>
          </w:rPr>
          <w:t>[4]</w:t>
        </w:r>
      </w:hyperlink>
      <w:r>
        <w:t xml:space="preserve">, </w:t>
      </w:r>
      <w:hyperlink r:id="rId13">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https://www.travelandtourworld.com/news/article/p8d3fh0sdyvb/</w:t>
        </w:r>
      </w:hyperlink>
      <w:r>
        <w:t xml:space="preserve"> - Please view link - unable to able to access data</w:t>
      </w:r>
      <w:r/>
    </w:p>
    <w:p>
      <w:pPr>
        <w:pStyle w:val="ListNumber"/>
        <w:spacing w:line="240" w:lineRule="auto"/>
        <w:ind w:left="720"/>
      </w:pPr>
      <w:r/>
      <w:hyperlink r:id="rId12">
        <w:r>
          <w:rPr>
            <w:color w:val="0000EE"/>
            <w:u w:val="single"/>
          </w:rPr>
          <w:t>https://e.vnexpress.net/news/travel/places/tourists-queue-for-3-hours-to-clear-immigration-at-thailand-s-largest-airport-5102829.html</w:t>
        </w:r>
      </w:hyperlink>
      <w:r>
        <w:t xml:space="preserve"> - VnExpress says travellers at Suvarnabhumi Airport reported waits of up to three hours to clear immigration, with some Vietnamese travellers describing queues spilling into corridors. It adds that the issue was particularly acute on 27 July 2026, when a Thailand travel community administrator posted photos after nearly an hour in the queue. The report goes beyond the original story by quantifying airport traffic, noting Suvarnabhumi handles about 1,050 flights a day and could serve about 65 million passengers in 2026, up 26% year on year.</w:t>
      </w:r>
      <w:r/>
    </w:p>
    <w:p>
      <w:pPr>
        <w:pStyle w:val="ListNumber"/>
        <w:spacing w:line="240" w:lineRule="auto"/>
        <w:ind w:left="720"/>
      </w:pPr>
      <w:r/>
      <w:hyperlink r:id="rId14">
        <w:r>
          <w:rPr>
            <w:color w:val="0000EE"/>
            <w:u w:val="single"/>
          </w:rPr>
          <w:t>https://www.khaosodenglish.com/news/2026/01/02/immigration-adresses-crowded-queues-at-suvarnabhumi-airport-says-passengers-cleared-within-30-minutes-despite-30-flights-landing-together/amp/</w:t>
        </w:r>
      </w:hyperlink>
      <w:r>
        <w:t xml:space="preserve"> - Khaosod English reports an earlier Suvarnabhumi queue episode from New Year travel, when Thai immigration police said passengers were still generally being processed within 30 minutes despite a viral image showing crowded lines. It adds hard operational detail: about 30 flights arrived in the same hour, roughly 5,700 passengers entered immigration, and more than 85,000 travellers passed through the airport that day. The piece also includes the police view that the terminal layout can make queues look worse than they are and that officers were operating under a formal ‘Sky Plan’.</w:t>
      </w:r>
      <w:r/>
    </w:p>
    <w:p>
      <w:pPr>
        <w:pStyle w:val="ListNumber"/>
        <w:spacing w:line="240" w:lineRule="auto"/>
        <w:ind w:left="720"/>
      </w:pPr>
      <w:r/>
      <w:hyperlink r:id="rId10">
        <w:r>
          <w:rPr>
            <w:color w:val="0000EE"/>
            <w:u w:val="single"/>
          </w:rPr>
          <w:t>https://www.khaosodenglish.com/featured/2026/08/17/suvarnabhumi-to-open-auto-gates-to-31-more-nationalities/</w:t>
        </w:r>
      </w:hyperlink>
      <w:r>
        <w:t xml:space="preserve"> - Khaosod English reports that Thailand will expand Suvarnabhumi’s Auto Gate access to 31 more nationalities by the end of August 2026. It gives the busiest queue window as 13:00 to 17:00, with 5,000 to 6,000 passengers an hour entering immigration, and says officials will redistribute passengers across all three immigration zones, open a central hall and deploy more officers. The article adds capacity figures, including 190,000 passengers a day in peak season and 70,000 international arrivals a day.</w:t>
      </w:r>
      <w:r/>
    </w:p>
    <w:p>
      <w:pPr>
        <w:pStyle w:val="ListNumber"/>
        <w:spacing w:line="240" w:lineRule="auto"/>
        <w:ind w:left="720"/>
      </w:pPr>
      <w:r/>
      <w:hyperlink r:id="rId13">
        <w:r>
          <w:rPr>
            <w:color w:val="0000EE"/>
            <w:u w:val="single"/>
          </w:rPr>
          <w:t>https://www.tatnews.org/2026/07/thailands-tourism-and-sports-ministry-accelerates-service-improvements-at-suvarnabhumi-airport/</w:t>
        </w:r>
      </w:hyperlink>
      <w:r>
        <w:t xml:space="preserve"> - TAT Newsroom frames the Suvarnabhumi congestion story as a coordinated government service review on 16 July 2026. It adds direct quotations from Minister Surasak Phancharoenworakul and TAT Governor Thapanee Kiatphaibool, and says agencies will improve data sharing, queue management, temporary waiting areas and immigration technology. The piece says automated passport-control access is currently limited to Singapore and Hong Kong passport holders, with a second phase due in September 2026 and a projected congestion reduction of more than 50 per cent.</w:t>
      </w:r>
      <w:r/>
    </w:p>
    <w:p>
      <w:pPr>
        <w:pStyle w:val="ListNumber"/>
        <w:spacing w:line="240" w:lineRule="auto"/>
        <w:ind w:left="720"/>
      </w:pPr>
      <w:r/>
      <w:hyperlink r:id="rId11">
        <w:r>
          <w:rPr>
            <w:color w:val="0000EE"/>
            <w:u w:val="single"/>
          </w:rPr>
          <w:t>https://www.nationthailand.com/news/tourism/40069910</w:t>
        </w:r>
      </w:hyperlink>
      <w:r>
        <w:t xml:space="preserve"> - The Nation’s report focuses on the government response rather than the passenger complaints. It says Bangkok’s airport authorities will expand Auto Gates to 31 additional nationalities, shift staffing to match flight arrivals and reconfigure hall space in all three entry zones. It also highlights a separate issue: fake websites charging fees for the free Thailand Digital Arrival Card. The article provides broader capacity figures, including 190,000 passengers a day in peak season and 5,000 to 6,000 arrivals an hour during busy periods.</w:t>
      </w:r>
      <w:r/>
    </w:p>
    <w:p>
      <w:pPr>
        <w:pStyle w:val="ListNumber"/>
        <w:spacing w:line="240" w:lineRule="auto"/>
        <w:ind w:left="720"/>
      </w:pPr>
      <w:r/>
      <w:hyperlink r:id="rId15">
        <w:r>
          <w:rPr>
            <w:color w:val="0000EE"/>
            <w:u w:val="single"/>
          </w:rPr>
          <w:t>https://tdac.immigration.go.th/manual/en/faq.html</w:t>
        </w:r>
      </w:hyperlink>
      <w:r>
        <w:t xml:space="preserve"> - This official Immigration Bureau FAQ gives the clearest background on the Thailand Digital Arrival Card. It says TDAC is the online form replacing the paper arrival card, must be submitted within three days before arrival, and is required for all non-Thai nationals, including children. It also states the official portal is free, the card is valid for one entry only, and that travellers in transit do not need it if they do not pass through immigration.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velandtourworld.com/news/article/p8d3fh0sdyvb/" TargetMode="External"/><Relationship Id="rId10" Type="http://schemas.openxmlformats.org/officeDocument/2006/relationships/hyperlink" Target="https://www.khaosodenglish.com/featured/2026/08/17/suvarnabhumi-to-open-auto-gates-to-31-more-nationalities/" TargetMode="External"/><Relationship Id="rId11" Type="http://schemas.openxmlformats.org/officeDocument/2006/relationships/hyperlink" Target="https://www.nationthailand.com/news/tourism/40069910" TargetMode="External"/><Relationship Id="rId12" Type="http://schemas.openxmlformats.org/officeDocument/2006/relationships/hyperlink" Target="https://e.vnexpress.net/news/travel/places/tourists-queue-for-3-hours-to-clear-immigration-at-thailand-s-largest-airport-5102829.html" TargetMode="External"/><Relationship Id="rId13" Type="http://schemas.openxmlformats.org/officeDocument/2006/relationships/hyperlink" Target="https://www.tatnews.org/2026/07/thailands-tourism-and-sports-ministry-accelerates-service-improvements-at-suvarnabhumi-airport/" TargetMode="External"/><Relationship Id="rId14" Type="http://schemas.openxmlformats.org/officeDocument/2006/relationships/hyperlink" Target="https://www.khaosodenglish.com/news/2026/01/02/immigration-adresses-crowded-queues-at-suvarnabhumi-airport-says-passengers-cleared-within-30-minutes-despite-30-flights-landing-together/amp/" TargetMode="External"/><Relationship Id="rId15" Type="http://schemas.openxmlformats.org/officeDocument/2006/relationships/hyperlink" Target="https://tdac.immigration.go.th/manual/en/faq.html"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