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tightens visa exemptions ahead of 2026 overhaul to curb misuse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 xml:space="preserve">Thailand is preparing to overhaul its entry rules from September 15, 2026, ending visa-free access for 21 nationalities and trimming its wider exemption scheme from 93 countries to 60. The change, published in the Royal Gazette on August 31 and due to take effect 15 days later, means travellers from countries including Mexico, Morocco, Colombia, Sri Lanka and Jamaica will need to apply for a visa before arrival, according to Thailand’s Ministry of Foreign Affairs and reporting cited by Legit.ng. </w:t>
      </w:r>
      <w:r/>
    </w:p>
    <w:p>
      <w:r/>
      <w:r>
        <w:t xml:space="preserve">The revision is part of a broader tightening of Thailand’s short-stay entry system. Government material says the new framework keeps some travellers covered through separate bilateral arrangements, including nationals of China, Hong Kong, Kazakhstan, Laos, Macao, Mongolia, Russia and Vietnam, while also introducing different treatment for Mauritius and Seychelles and limiting visa-on-arrival access to Azerbaijan, Belarus and Serbia. Reuters-style reporting from regional outlets says the overhaul follows a review aimed at curbing misuse of visa privileges while still preserving tourism access. </w:t>
      </w:r>
      <w:r/>
    </w:p>
    <w:p>
      <w:r/>
      <w:r>
        <w:t xml:space="preserve">For those losing visa-free status, Thailand is still offering an online route through its e-Visa system, which has been open worldwide since January 1, 2025. The Ministry of Foreign Affairs says approved applicants receive confirmation by email, which must be shown to airlines and immigration officers on arrival. For ordinary holiday travel, the single-entry tourist visa allows a stay of up to 60 days and can be extended once inside Thailand for another 30 days for a fee, according to the Royal Thai Embassy in London. </w:t>
      </w:r>
      <w:r/>
    </w:p>
    <w:p>
      <w:r/>
      <w:r>
        <w:t xml:space="preserve">A separate rule remains unchanged: all non-Thai nationals must complete the Thailand Digital Arrival Card before entry, whether they are travelling visa-free or with a visa. That requirement underscores the wider tightening of border procedures even as Thailand tries to keep its tourism sector attractive to short-stay visitors.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t xml:space="preserve">- Paragraph 4: </w:t>
      </w:r>
      <w:hyperlink r:id="rId9">
        <w:r>
          <w:rPr>
            <w:color w:val="0000EE"/>
            <w:u w:val="single"/>
          </w:rPr>
          <w:t>[1]</w:t>
        </w:r>
      </w:hyperlink>
      <w:r>
        <w:t xml:space="preserve">, </w:t>
      </w:r>
      <w:hyperlink r:id="rId10">
        <w:r>
          <w:rPr>
            <w:color w:val="0000EE"/>
            <w:u w:val="single"/>
          </w:rPr>
          <w:t>[3]</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https://www.legit.ng/nigeria/1729031-thailand-removes-21-countries-visa-free-list-starting-september-15-2026/</w:t>
        </w:r>
      </w:hyperlink>
      <w:r>
        <w:t xml:space="preserve"> - Please view link - unable to able to access data</w:t>
      </w:r>
      <w:r/>
    </w:p>
    <w:p>
      <w:pPr>
        <w:pStyle w:val="ListNumber"/>
        <w:spacing w:line="240" w:lineRule="auto"/>
        <w:ind w:left="720"/>
      </w:pPr>
      <w:r/>
      <w:hyperlink r:id="rId9">
        <w:r>
          <w:rPr>
            <w:color w:val="0000EE"/>
            <w:u w:val="single"/>
          </w:rPr>
          <w:t>https://www.legit.ng/nigeria/1729031-thailand-removes-21-countries-visa-free-list-starting-september-15-2026/</w:t>
        </w:r>
      </w:hyperlink>
      <w:r>
        <w:t xml:space="preserve"> - Thailand has announced that, effective September 15, 2026, citizens from 21 countries—including Mexico, Morocco, Colombia, Sri Lanka, and Jamaica—will no longer be eligible for visa-free entry. This change reduces the number of nationalities eligible for visa-free access from 93 to 60. Affected nationals can still apply for tourist visas through Thailand's online e-Visa portal, which allows stays of up to 60 days. The new regulations were published in Thailand's Royal Gazette on August 31, 2026, and will take effect 15 days later. (</w:t>
      </w:r>
      <w:hyperlink r:id="rId15">
        <w:r>
          <w:rPr>
            <w:color w:val="0000EE"/>
            <w:u w:val="single"/>
          </w:rPr>
          <w:t>legit.ng</w:t>
        </w:r>
      </w:hyperlink>
      <w:r>
        <w:t>)</w:t>
      </w:r>
      <w:r/>
    </w:p>
    <w:p>
      <w:pPr>
        <w:pStyle w:val="ListNumber"/>
        <w:spacing w:line="240" w:lineRule="auto"/>
        <w:ind w:left="720"/>
      </w:pPr>
      <w:r/>
      <w:hyperlink r:id="rId10">
        <w:r>
          <w:rPr>
            <w:color w:val="0000EE"/>
            <w:u w:val="single"/>
          </w:rPr>
          <w:t>https://www.thailand.go.th/issue-focus-detail/revision-of-thailands-visa-exemption-and-voa-schemes-2026-effective-15-sep-2026?hl=en</w:t>
        </w:r>
      </w:hyperlink>
      <w:r>
        <w:t xml:space="preserve"> - The Thai Ministry of Foreign Affairs has announced revisions to Thailand's Visa Exemption and Visa on Arrival (VoA) schemes, effective September 15, 2026. The new framework reduces the main visa-exempt list to 60 countries and removes visa-free access for citizens of 21 countries. Additionally, nationals of Mauritius and Seychelles will receive 15-day visa exemptions, while Visa on Arrival will be available to nationals of Azerbaijan, Belarus, and Serbia. (</w:t>
      </w:r>
      <w:hyperlink r:id="rId16">
        <w:r>
          <w:rPr>
            <w:color w:val="0000EE"/>
            <w:u w:val="single"/>
          </w:rPr>
          <w:t>thailand.go.th</w:t>
        </w:r>
      </w:hyperlink>
      <w:r>
        <w:t>)</w:t>
      </w:r>
      <w:r/>
    </w:p>
    <w:p>
      <w:pPr>
        <w:pStyle w:val="ListNumber"/>
        <w:spacing w:line="240" w:lineRule="auto"/>
        <w:ind w:left="720"/>
      </w:pPr>
      <w:r/>
      <w:hyperlink r:id="rId11">
        <w:r>
          <w:rPr>
            <w:color w:val="0000EE"/>
            <w:u w:val="single"/>
          </w:rPr>
          <w:t>https://www.gmanetwork.com/news/topstories/world/1000749/thailand-shortens-visa-free-stays-for-dozens-of-nations-from-sept-15-2026/story/</w:t>
        </w:r>
      </w:hyperlink>
      <w:r>
        <w:t xml:space="preserve"> - Thailand will halve the length of visa-free stays for tourists from more than 60 countries and territories to 30 days, effective September 15, 2026. This decision aims to curb crime involving foreign nationals and follows a review intended to prevent the misuse of visa privileges while maintaining travel convenience. (</w:t>
      </w:r>
      <w:hyperlink r:id="rId17">
        <w:r>
          <w:rPr>
            <w:color w:val="0000EE"/>
            <w:u w:val="single"/>
          </w:rPr>
          <w:t>gmanetwork.com</w:t>
        </w:r>
      </w:hyperlink>
      <w:r>
        <w:t>)</w:t>
      </w:r>
      <w:r/>
    </w:p>
    <w:p>
      <w:pPr>
        <w:pStyle w:val="ListNumber"/>
        <w:spacing w:line="240" w:lineRule="auto"/>
        <w:ind w:left="720"/>
      </w:pPr>
      <w:r/>
      <w:hyperlink r:id="rId12">
        <w:r>
          <w:rPr>
            <w:color w:val="0000EE"/>
            <w:u w:val="single"/>
          </w:rPr>
          <w:t>https://www.nationthailand.com/news/general/40070641</w:t>
        </w:r>
      </w:hyperlink>
      <w:r>
        <w:t xml:space="preserve"> - Thailand is replacing its 60-day visa exemption scheme with new 30-day and 15-day entry categories from September 15, 2026. This change follows a review intended to prevent the misuse of visa privileges while maintaining travel convenience. The overhaul also limits Visa on Arrival access to three nationalities: Azerbaijan, Belarus, and Serbia. (</w:t>
      </w:r>
      <w:hyperlink r:id="rId18">
        <w:r>
          <w:rPr>
            <w:color w:val="0000EE"/>
            <w:u w:val="single"/>
          </w:rPr>
          <w:t>nationthailand.com</w:t>
        </w:r>
      </w:hyperlink>
      <w:r>
        <w:t>)</w:t>
      </w:r>
      <w:r/>
    </w:p>
    <w:p>
      <w:pPr>
        <w:pStyle w:val="ListNumber"/>
        <w:spacing w:line="240" w:lineRule="auto"/>
        <w:ind w:left="720"/>
      </w:pPr>
      <w:r/>
      <w:hyperlink r:id="rId19">
        <w:r>
          <w:rPr>
            <w:color w:val="0000EE"/>
            <w:u w:val="single"/>
          </w:rPr>
          <w:t>https://www.thailand-business-news.com/visa/326116-thailands-visa-free-stay-drops-from-60-to-30-days-starting-september-15-2026</w:t>
        </w:r>
      </w:hyperlink>
      <w:r>
        <w:t xml:space="preserve"> - Thailand is ending its 60-day visa exemption scheme and reverting to a 30-day stay for nationals of 60 countries and territories, including the United States, the United Kingdom, Canada, Australia, and most of the European Union. The four Ministry of Interior regulations behind the change were published in the Royal Gazette on August 31, setting the effective date at September 15, 2026. (</w:t>
      </w:r>
      <w:hyperlink r:id="rId20">
        <w:r>
          <w:rPr>
            <w:color w:val="0000EE"/>
            <w:u w:val="single"/>
          </w:rPr>
          <w:t>thailand-business-news.com</w:t>
        </w:r>
      </w:hyperlink>
      <w:r>
        <w:t>)</w:t>
      </w:r>
      <w:r/>
    </w:p>
    <w:p>
      <w:pPr>
        <w:pStyle w:val="ListNumber"/>
        <w:spacing w:line="240" w:lineRule="auto"/>
        <w:ind w:left="720"/>
      </w:pPr>
      <w:r/>
      <w:hyperlink r:id="rId13">
        <w:r>
          <w:rPr>
            <w:color w:val="0000EE"/>
            <w:u w:val="single"/>
          </w:rPr>
          <w:t>https://www.thaiembassy.com/thailand-visa/thailand-approves-end-of-60-day-visa-free-stay</w:t>
        </w:r>
      </w:hyperlink>
      <w:r>
        <w:t xml:space="preserve"> - Thailand has approved the end of its 60-day visa-free stay, with a new 30-day exemption taking effect on September 15, 2026. This change affects nationals from 60 countries and territories, including the United States, the United Kingdom, Canada, Australia, and most of the European Union. The four Ministry of Interior regulations behind the change were published in the Royal Gazette on August 31, setting the effective date at September 15, 2026. (</w:t>
      </w:r>
      <w:hyperlink r:id="rId21">
        <w:r>
          <w:rPr>
            <w:color w:val="0000EE"/>
            <w:u w:val="single"/>
          </w:rPr>
          <w:t>thaiembassy.com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git.ng/nigeria/1729031-thailand-removes-21-countries-visa-free-list-starting-september-15-2026/" TargetMode="External"/><Relationship Id="rId10" Type="http://schemas.openxmlformats.org/officeDocument/2006/relationships/hyperlink" Target="https://www.thailand.go.th/issue-focus-detail/revision-of-thailands-visa-exemption-and-voa-schemes-2026-effective-15-sep-2026?hl=en" TargetMode="External"/><Relationship Id="rId11" Type="http://schemas.openxmlformats.org/officeDocument/2006/relationships/hyperlink" Target="https://www.gmanetwork.com/news/topstories/world/1000749/thailand-shortens-visa-free-stays-for-dozens-of-nations-from-sept-15-2026/story/" TargetMode="External"/><Relationship Id="rId12" Type="http://schemas.openxmlformats.org/officeDocument/2006/relationships/hyperlink" Target="https://www.nationthailand.com/news/general/40070641" TargetMode="External"/><Relationship Id="rId13" Type="http://schemas.openxmlformats.org/officeDocument/2006/relationships/hyperlink" Target="https://www.thaiembassy.com/thailand-visa/thailand-approves-end-of-60-day-visa-free-stay" TargetMode="External"/><Relationship Id="rId14" Type="http://schemas.openxmlformats.org/officeDocument/2006/relationships/hyperlink" Target="https://www.noahwire.com" TargetMode="External"/><Relationship Id="rId15" Type="http://schemas.openxmlformats.org/officeDocument/2006/relationships/hyperlink" Target="https://www.legit.ng/nigeria/1729031-thailand-removes-21-countries-visa-free-list-starting-september-15-2026/?utm_source=openai" TargetMode="External"/><Relationship Id="rId16" Type="http://schemas.openxmlformats.org/officeDocument/2006/relationships/hyperlink" Target="https://thailand.go.th/issue-focus-detail/revision-of-thailands-visa-exemption-and-voa-schemes-2026-effective-15-sep-2026?hl=en&amp;utm_source=openai" TargetMode="External"/><Relationship Id="rId17" Type="http://schemas.openxmlformats.org/officeDocument/2006/relationships/hyperlink" Target="https://www.gmanetwork.com/news/topstories/world/1000749/thailand-shortens-visa-free-stays-for-dozens-of-nations-from-sept-15-2026/story/?utm_source=openai" TargetMode="External"/><Relationship Id="rId18" Type="http://schemas.openxmlformats.org/officeDocument/2006/relationships/hyperlink" Target="https://www.nationthailand.com/news/general/40070641?utm_source=openai" TargetMode="External"/><Relationship Id="rId19" Type="http://schemas.openxmlformats.org/officeDocument/2006/relationships/hyperlink" Target="https://www.thailand-business-news.com/visa/326116-thailands-visa-free-stay-drops-from-60-to-30-days-starting-september-15-2026" TargetMode="External"/><Relationship Id="rId20" Type="http://schemas.openxmlformats.org/officeDocument/2006/relationships/hyperlink" Target="https://www.thailand-business-news.com/visa/326116-thailands-visa-free-stay-drops-from-60-to-30-days-starting-september-15-2026?utm_source=openai" TargetMode="External"/><Relationship Id="rId21" Type="http://schemas.openxmlformats.org/officeDocument/2006/relationships/hyperlink" Target="https://www.thaiembassy.com/thailand-visa/thailand-approves-end-of-60-day-visa-free-st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