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 braces for heavy rain and storms amid intensifying monsoon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Thailand is set for another day of unsettled weather, with the Thai Meteorological Department warning of heavy rain across much of the country on 18 September. The system is being driven by a monsoon trough stretching across the lower North, the central region and the North-east, alongside a fairly strong south-west monsoon over the Andaman Sea, Thailand and the Gulf.</w:t>
      </w:r>
      <w:r/>
    </w:p>
    <w:p>
      <w:r/>
      <w:r>
        <w:t>The department said Bangkok would see widespread thundershowers and isolated heavy downpours, with temperatures ranging from 24C to 35C. In the capital and surrounding central provinces, showers are expected to be widespread enough to disrupt travel, while the north and North-east face the added risk of isolated very heavy rain in several provinces.</w:t>
      </w:r>
      <w:r/>
    </w:p>
    <w:p>
      <w:r/>
      <w:r>
        <w:t>The heaviest falls are forecast in parts of the North, North-east, East and the south-west coast, where the department has warned of possible very heavy rain in areas including Uttaradit, Phitsanulok, Phetchabun, Loei, Khon Kaen, Nakhon Ratchasima, Chanthaburi, Trat, Chumphon, Surat Thani, Phang Nga, Phuket and Ranong. The warning follows earlier alerts from the department covering 17 to 20 September, which said heavy to very heavy rain could affect wide parts of Thailand over several days.</w:t>
      </w:r>
      <w:r/>
    </w:p>
    <w:p>
      <w:r/>
      <w:r>
        <w:t>Marine conditions are also expected to deteriorate, particularly in the Andaman Sea. Waves may reach around two metres or higher in thundershowers in the east, while the west coast could see waves of two to three metres, rising above three metres during storms. The department has urged people living near waterways, foothills and low-lying areas to watch for flash floods, overflows and landslides.</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w:t>
      </w:r>
      <w:hyperlink r:id="rId10">
        <w:r>
          <w:rPr>
            <w:color w:val="0000EE"/>
            <w:u w:val="single"/>
          </w:rPr>
          <w:t>[2]</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9">
        <w:r>
          <w:rPr>
            <w:color w:val="0000EE"/>
            <w:u w:val="single"/>
          </w:rPr>
          <w:t>[7]</w:t>
        </w:r>
      </w:hyperlink>
      <w:r>
        <w:t xml:space="preserve">- Paragraph 3: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https://thethaiger.com/hot-news/weather/thailand-weather-today-18-september-2026</w:t>
        </w:r>
      </w:hyperlink>
      <w:r>
        <w:t xml:space="preserve"> - Please view link - unable to able to access data</w:t>
      </w:r>
      <w:r/>
    </w:p>
    <w:p>
      <w:pPr>
        <w:pStyle w:val="ListNumber"/>
        <w:spacing w:line="240" w:lineRule="auto"/>
        <w:ind w:left="720"/>
      </w:pPr>
      <w:r/>
      <w:hyperlink r:id="rId10">
        <w:r>
          <w:rPr>
            <w:color w:val="0000EE"/>
            <w:u w:val="single"/>
          </w:rPr>
          <w:t>https://www5.tmd.go.th/en/warning-and-events/warning-storm/heavy-to-very-heavy-rain-in-thailand-no-1-205-2026</w:t>
        </w:r>
      </w:hyperlink>
      <w:r>
        <w:t xml:space="preserve"> - The Thai Meteorological Department issued a warning for heavy to very heavy rainfall across Thailand from 17 to 20 September 2026. The warning highlighted the likelihood of isolated heavy to very heavy rains in the North and Northeast on 17 September, followed by similar conditions in the Central, East, and Southern regions on 18 September. The department advised the public to be cautious of potential flash floods, overflows, and landslides, especially in areas near waterways, foothills, and lowlands.</w:t>
      </w:r>
      <w:r/>
    </w:p>
    <w:p>
      <w:pPr>
        <w:pStyle w:val="ListNumber"/>
        <w:spacing w:line="240" w:lineRule="auto"/>
        <w:ind w:left="720"/>
      </w:pPr>
      <w:r/>
      <w:hyperlink r:id="rId11">
        <w:r>
          <w:rPr>
            <w:color w:val="0000EE"/>
            <w:u w:val="single"/>
          </w:rPr>
          <w:t>https://www5.tmd.go.th/en/warning-and-events/warning-storm/heavy-to-very-heavy-rain-in-thailand-and-strong-wind-in-the-andaman-sea-no-5-209-2026</w:t>
        </w:r>
      </w:hyperlink>
      <w:r>
        <w:t xml:space="preserve"> - The Thai Meteorological Department issued a warning for heavy to very heavy rainfall and strong winds in the Andaman Sea from 17 to 20 September 2026. The warning indicated that isolated heavy to very heavy rains were expected in the North and Northeast on 17 September, with similar conditions anticipated in the Central, East, and Southern regions on 18 September. The department cautioned the public about potential flash floods, overflows, and landslides, particularly in areas near waterways, foothills, and lowlands.</w:t>
      </w:r>
      <w:r/>
    </w:p>
    <w:p>
      <w:pPr>
        <w:pStyle w:val="ListNumber"/>
        <w:spacing w:line="240" w:lineRule="auto"/>
        <w:ind w:left="720"/>
      </w:pPr>
      <w:r/>
      <w:hyperlink r:id="rId12">
        <w:r>
          <w:rPr>
            <w:color w:val="0000EE"/>
            <w:u w:val="single"/>
          </w:rPr>
          <w:t>https://www5.tmd.go.th/en/warning-and-events/warning-storm/heavy-to-very-heavy-rain-in-thailand-and-strong-wind-in-the-andaman-sea-no-4-208-2026</w:t>
        </w:r>
      </w:hyperlink>
      <w:r>
        <w:t xml:space="preserve"> - The Thai Meteorological Department issued a warning for heavy to very heavy rainfall and strong winds in the Andaman Sea from 17 to 20 September 2026. The warning specified that isolated heavy to very heavy rains were likely in the North and Northeast on 17 September, followed by similar conditions in the Central, East, and Southern regions on 18 September. The department advised the public to be aware of potential flash floods, overflows, and landslides, especially in areas near waterways, foothills, and lowlands.</w:t>
      </w:r>
      <w:r/>
    </w:p>
    <w:p>
      <w:pPr>
        <w:pStyle w:val="ListNumber"/>
        <w:spacing w:line="240" w:lineRule="auto"/>
        <w:ind w:left="720"/>
      </w:pPr>
      <w:r/>
      <w:hyperlink r:id="rId13">
        <w:r>
          <w:rPr>
            <w:color w:val="0000EE"/>
            <w:u w:val="single"/>
          </w:rPr>
          <w:t>https://www5.tmd.go.th/en/warning-and-events/warning-storm/heavy-to-very-heavy-rain-in-thailand-and-strong-wind-in-the-andaman-sea-no-6-210-2026</w:t>
        </w:r>
      </w:hyperlink>
      <w:r>
        <w:t xml:space="preserve"> - The Thai Meteorological Department issued a warning for heavy to very heavy rainfall and strong winds in the Andaman Sea from 17 to 20 September 2026. The warning indicated that isolated heavy to very heavy rains were expected in the North and Northeast on 17 September, with similar conditions anticipated in the Central, East, and Southern regions on 18 September. The department cautioned the public about potential flash floods, overflows, and landslides, particularly in areas near waterways, foothills, and lowlands.</w:t>
      </w:r>
      <w:r/>
    </w:p>
    <w:p>
      <w:pPr>
        <w:pStyle w:val="ListNumber"/>
        <w:spacing w:line="240" w:lineRule="auto"/>
        <w:ind w:left="720"/>
      </w:pPr>
      <w:r/>
      <w:hyperlink r:id="rId14">
        <w:r>
          <w:rPr>
            <w:color w:val="0000EE"/>
            <w:u w:val="single"/>
          </w:rPr>
          <w:t>https://www5.tmd.go.th/en/warning-and-events/warning-storm/heavy-to-very-heavy-rain-in-thailand-and-strong-wind-in-the-andaman-sea-no-7-211-2026</w:t>
        </w:r>
      </w:hyperlink>
      <w:r>
        <w:t xml:space="preserve"> - The Thai Meteorological Department issued a warning for heavy to very heavy rainfall and strong winds in the Andaman Sea from 18 to 20 September 2026. The warning specified that isolated heavy to very heavy rains were likely in the North and Northeast on 18 September, with similar conditions expected in the Central, East, and Southern regions on subsequent days. The department advised the public to be cautious of potential flash floods, overflows, and landslides, especially in areas near waterways, foothills, and lowlands.</w:t>
      </w:r>
      <w:r/>
    </w:p>
    <w:p>
      <w:pPr>
        <w:pStyle w:val="ListNumber"/>
        <w:spacing w:line="240" w:lineRule="auto"/>
        <w:ind w:left="720"/>
      </w:pPr>
      <w:r/>
      <w:hyperlink r:id="rId9">
        <w:r>
          <w:rPr>
            <w:color w:val="0000EE"/>
            <w:u w:val="single"/>
          </w:rPr>
          <w:t>https://thethaiger.com/hot-news/weather/thailand-weather-today-18-september-2026</w:t>
        </w:r>
      </w:hyperlink>
      <w:r>
        <w:t xml:space="preserve"> - The Thai Meteorological Department forecasts heavy rain in 65 provinces on 18 September 2026. Bangkok is expected to experience widespread thundershowers and isolated heavy rain, with temperatures ranging from 24-35°C. Very heavy rain is possible in provinces including Phetchabun, Phitsanulok, Uttaradit, Chaiyaphum, Khon Kaen, Loei, Nakhon Ratchasima, Nong Bua Lamphu, Chanthaburi, Nakhon Nayok, Prachin Buri, Trat, Chumphon, Surat Thani, Phang Nga, Phuket, and Ranong. The monsoon trough is expected to move across the lower North, central region, and Northeast, while a strong southwest monsoon prevails over the Andaman Sea, Thailand, and the Gulf.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thaiger.com/hot-news/weather/thailand-weather-today-18-september-2026" TargetMode="External"/><Relationship Id="rId10" Type="http://schemas.openxmlformats.org/officeDocument/2006/relationships/hyperlink" Target="https://www5.tmd.go.th/en/warning-and-events/warning-storm/heavy-to-very-heavy-rain-in-thailand-no-1-205-2026" TargetMode="External"/><Relationship Id="rId11" Type="http://schemas.openxmlformats.org/officeDocument/2006/relationships/hyperlink" Target="https://www5.tmd.go.th/en/warning-and-events/warning-storm/heavy-to-very-heavy-rain-in-thailand-and-strong-wind-in-the-andaman-sea-no-5-209-2026" TargetMode="External"/><Relationship Id="rId12" Type="http://schemas.openxmlformats.org/officeDocument/2006/relationships/hyperlink" Target="https://www5.tmd.go.th/en/warning-and-events/warning-storm/heavy-to-very-heavy-rain-in-thailand-and-strong-wind-in-the-andaman-sea-no-4-208-2026" TargetMode="External"/><Relationship Id="rId13" Type="http://schemas.openxmlformats.org/officeDocument/2006/relationships/hyperlink" Target="https://www5.tmd.go.th/en/warning-and-events/warning-storm/heavy-to-very-heavy-rain-in-thailand-and-strong-wind-in-the-andaman-sea-no-6-210-2026" TargetMode="External"/><Relationship Id="rId14" Type="http://schemas.openxmlformats.org/officeDocument/2006/relationships/hyperlink" Target="https://www5.tmd.go.th/en/warning-and-events/warning-storm/heavy-to-very-heavy-rain-in-thailand-and-strong-wind-in-the-andaman-sea-no-7-211-2026" TargetMode="External"/><Relationship Id="rId15"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