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Bangkok's Pokémon Center to feature Shaymin as signature character in December 2026 opening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 xml:space="preserve">Pokémon’s first store in Thailand is set to open in December 2026, with the Bangkok branch taking pride of place on the sixth floor of centralwOrld. The company has now confirmed that Shaymin, the mythical Grass-type Pokémon, will serve as the location’s signature character, with Pikachu appearing alongside it in the shop’s branding. </w:t>
      </w:r>
      <w:r/>
    </w:p>
    <w:p>
      <w:r/>
      <w:r>
        <w:t xml:space="preserve">According to the official Pokémon update, both characters will also welcome visitors at the entrance, a detail that points to the more theatrical, experiential format Pokémon Center stores are known for. The Bangkok outlet is being pitched as a destination for fans as much as a retail space, with the company promising a broad range of official merchandise. </w:t>
      </w:r>
      <w:r/>
    </w:p>
    <w:p>
      <w:r/>
      <w:r>
        <w:t xml:space="preserve">The launch will make Bangkok home to Thailand’s first permanent Pokémon Center and the brand’s third overseas branch, after Singapore and Taipei. Earlier details said Pokémon (Thailand) had signed a lease with Central Pattana for the centralwOrld site, and at the time the company described the store as the largest Pokémon Center outside Japan. </w:t>
      </w:r>
      <w:r/>
    </w:p>
    <w:p>
      <w:r/>
      <w:r>
        <w:t xml:space="preserve">Like other Pokémon Center locations, the Bangkok store is expected to go beyond merchandising and host fan events, including trading card game competitions and special activities. Some reports have also suggested Thailand-exclusive goods may be part of the offer when the shop opens its doors later this year.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[3]</w:t>
        </w:r>
      </w:hyperlink>
      <w:r>
        <w:t xml:space="preserve">, </w:t>
      </w:r>
      <w:hyperlink r:id="rId12">
        <w:r>
          <w:rPr>
            <w:color w:val="0000EE"/>
            <w:u w:val="single"/>
          </w:rPr>
          <w:t>[6]</w:t>
        </w:r>
      </w:hyperlink>
      <w:r>
        <w:t xml:space="preserve">- Paragraph 4: </w:t>
      </w:r>
      <w:hyperlink r:id="rId13">
        <w:r>
          <w:rPr>
            <w:color w:val="0000EE"/>
            <w:u w:val="single"/>
          </w:rPr>
          <w:t>[4]</w:t>
        </w:r>
      </w:hyperlink>
      <w:r>
        <w:t xml:space="preserve">, </w:t>
      </w:r>
      <w:hyperlink r:id="rId11">
        <w:r>
          <w:rPr>
            <w:color w:val="0000EE"/>
            <w:u w:val="single"/>
          </w:rPr>
          <w:t>[7]</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https://thethaiger.com/news/bangkok/pokemon-center-bangkok-december-opening</w:t>
        </w:r>
      </w:hyperlink>
      <w:r>
        <w:t xml:space="preserve"> - Please view link - unable to able to access data</w:t>
      </w:r>
      <w:r/>
    </w:p>
    <w:p>
      <w:pPr>
        <w:pStyle w:val="ListNumber"/>
        <w:spacing w:line="240" w:lineRule="auto"/>
        <w:ind w:left="720"/>
      </w:pPr>
      <w:r/>
      <w:hyperlink r:id="rId9">
        <w:r>
          <w:rPr>
            <w:color w:val="0000EE"/>
            <w:u w:val="single"/>
          </w:rPr>
          <w:t>https://thethaiger.com/news/bangkok/pokemon-center-bangkok-december-opening</w:t>
        </w:r>
      </w:hyperlink>
      <w:r>
        <w:t xml:space="preserve"> - Thailand's first Pokémon Center is set to open in December 2026 on the 6th floor of centralwOrld in Bangkok. The store will feature the mythical Pokémon Shaymin as its signature symbol, with both Shaymin and Pikachu appearing together in the store's logo. Visitors can expect an immersive Pokémon experience and a wide selection of official merchandise at this new location.</w:t>
      </w:r>
      <w:r/>
    </w:p>
    <w:p>
      <w:pPr>
        <w:pStyle w:val="ListNumber"/>
        <w:spacing w:line="240" w:lineRule="auto"/>
        <w:ind w:left="720"/>
      </w:pPr>
      <w:r/>
      <w:hyperlink r:id="rId10">
        <w:r>
          <w:rPr>
            <w:color w:val="0000EE"/>
            <w:u w:val="single"/>
          </w:rPr>
          <w:t>https://yasuee.com/news/pokemon-center-bangkok-to-open-in-december-shaymin-named-store-mascot</w:t>
        </w:r>
      </w:hyperlink>
      <w:r>
        <w:t xml:space="preserve"> - Pokémon Center BANGKOK is scheduled to open in December 2026, marking the third overseas branch after Taipei and Singapore. The mythical Pokémon Shaymin (Land Forme) has been chosen as the store's mascot, alongside Pikachu, in the newly revealed logo. The store aims to offer fans an immersive Pokémon experience with a variety of official merchandise.</w:t>
      </w:r>
      <w:r/>
    </w:p>
    <w:p>
      <w:pPr>
        <w:pStyle w:val="ListNumber"/>
        <w:spacing w:line="240" w:lineRule="auto"/>
        <w:ind w:left="720"/>
      </w:pPr>
      <w:r/>
      <w:hyperlink r:id="rId13">
        <w:r>
          <w:rPr>
            <w:color w:val="0000EE"/>
            <w:u w:val="single"/>
          </w:rPr>
          <w:t>https://themagicrain.com/2026/09/pokemon-center-bangkok-officially-opens-this-december-2026/</w:t>
        </w:r>
      </w:hyperlink>
      <w:r>
        <w:t xml:space="preserve"> - Pokémon Center Bangkok is set to open in December 2026 on the 6th floor of Bangkok's Central World Shopping Mall. This marks the third permanent Pokémon Center outside Japan, following those in Taipei and Singapore. The mythical Pokémon Shaymin has been selected as the store's representative Pokémon, with the logo featuring both Shaymin and Pikachu. Fans can expect official merchandise, collectibles, and Thailand-exclusive goods upon the store's opening.</w:t>
      </w:r>
      <w:r/>
    </w:p>
    <w:p>
      <w:pPr>
        <w:pStyle w:val="ListNumber"/>
        <w:spacing w:line="240" w:lineRule="auto"/>
        <w:ind w:left="720"/>
      </w:pPr>
      <w:r/>
      <w:hyperlink r:id="rId15">
        <w:r>
          <w:rPr>
            <w:color w:val="0000EE"/>
            <w:u w:val="single"/>
          </w:rPr>
          <w:t>https://www.atmos-arena.com/pokemon-center-bangkok-decembre-2026-shaymin-sur-le-logo/</w:t>
        </w:r>
      </w:hyperlink>
      <w:r>
        <w:t xml:space="preserve"> - Pokémon Center BANGKOK is set to open in December 2026 on the 6th floor of centralwOrld. The store's logo features Pikachu and Shaymin, the mythical Pokémon chosen as the symbol of this location. Visitors will be greeted by these characters at the entrance, promising an immersive Pokémon experience with a wide selection of official merchandise. The store will operate daily from 10:00 AM to 10:00 PM, subject to centralwOrld's operating hours and holiday schedule.</w:t>
      </w:r>
      <w:r/>
    </w:p>
    <w:p>
      <w:pPr>
        <w:pStyle w:val="ListNumber"/>
        <w:spacing w:line="240" w:lineRule="auto"/>
        <w:ind w:left="720"/>
      </w:pPr>
      <w:r/>
      <w:hyperlink r:id="rId12">
        <w:r>
          <w:rPr>
            <w:color w:val="0000EE"/>
            <w:u w:val="single"/>
          </w:rPr>
          <w:t>https://essential-japan.com/news/pokemon-center-bangkok-set-to-officially-open-this-december-with-shaymin-as-signature-pokemon/</w:t>
        </w:r>
      </w:hyperlink>
      <w:r>
        <w:t xml:space="preserve"> - Thailand's first permanent Pokémon Center is set to open in December 2026, with Shaymin as the signature Pokémon for the Bangkok store. The store will be located inside centralwOrld, one of Bangkok's largest shopping complexes. The initial announcement left the opening date, store design, and other details under wraps, although a signing ceremony with centralwOrld operator Central Pattana gave fans an early taste of the localized approach through a group of Pikachu mascots dressed in traditional Thai clothing.</w:t>
      </w:r>
      <w:r/>
    </w:p>
    <w:p>
      <w:pPr>
        <w:pStyle w:val="ListNumber"/>
        <w:spacing w:line="240" w:lineRule="auto"/>
        <w:ind w:left="720"/>
      </w:pPr>
      <w:r/>
      <w:hyperlink r:id="rId11">
        <w:r>
          <w:rPr>
            <w:color w:val="0000EE"/>
            <w:u w:val="single"/>
          </w:rPr>
          <w:t>https://www.pocketmonsters.net/news/9539</w:t>
        </w:r>
      </w:hyperlink>
      <w:r>
        <w:t xml:space="preserve"> - Pokémon Center BANGKOK is set to open in December 2026, located on the 6th floor of centralwOrld. The store offers a special space where visitors can immerse themselves in the world of Pokémon while shopping for official Pokémon merchandise. The mythical Pokémon Shaymin has been chosen as the symbol of Pokémon Center BANGKOK, with the store's logo featuring Pikachu and Shaymin smiling together. Shaymin will also greet visitors at the store's entrance, promising an immersive Pokémon experience and a wide selection of official merchandise.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thaiger.com/news/bangkok/pokemon-center-bangkok-december-opening" TargetMode="External"/><Relationship Id="rId10" Type="http://schemas.openxmlformats.org/officeDocument/2006/relationships/hyperlink" Target="https://yasuee.com/news/pokemon-center-bangkok-to-open-in-december-shaymin-named-store-mascot" TargetMode="External"/><Relationship Id="rId11" Type="http://schemas.openxmlformats.org/officeDocument/2006/relationships/hyperlink" Target="https://www.pocketmonsters.net/news/9539" TargetMode="External"/><Relationship Id="rId12" Type="http://schemas.openxmlformats.org/officeDocument/2006/relationships/hyperlink" Target="https://essential-japan.com/news/pokemon-center-bangkok-set-to-officially-open-this-december-with-shaymin-as-signature-pokemon/" TargetMode="External"/><Relationship Id="rId13" Type="http://schemas.openxmlformats.org/officeDocument/2006/relationships/hyperlink" Target="https://themagicrain.com/2026/09/pokemon-center-bangkok-officially-opens-this-december-2026/" TargetMode="External"/><Relationship Id="rId14" Type="http://schemas.openxmlformats.org/officeDocument/2006/relationships/hyperlink" Target="https://www.noahwire.com" TargetMode="External"/><Relationship Id="rId15" Type="http://schemas.openxmlformats.org/officeDocument/2006/relationships/hyperlink" Target="https://www.atmos-arena.com/pokemon-center-bangkok-decembre-2026-shaymin-sur-le-log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