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Bangkok’s Chao Phraya River offers new perspectives with modern riverfront developments and illuminated evening cruises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Bangkok’s Chao Phraya River remains one of the city’s most revealing ways to experience the capital, tying together ancient temples, working piers, contemporary shopping districts and the day-to-day movement of residents. Often described as the city’s lifeline, the river is both a practical transport corridor and a cultural landscape, with boat services giving visitors a moving vantage point on Bangkok’s history and modern pace. According to travel guides and local river operators, the waterway also opens up easy access to major sights, from palace grounds to temple complexes and riverside promenades.</w:t>
      </w:r>
      <w:r/>
    </w:p>
    <w:p>
      <w:r/>
      <w:r>
        <w:t>One of the most rewarding stops is Wat Arun, the Temple of Dawn, whose central spire is studded with porcelain and shell pieces that glow in the changing light. The temple’s origins stretch back to the Ayutthaya era, and it was later restored under royal patronage, giving it a strong place in Bangkok’s early story. Boats and cross-river ferries make the site straightforward to reach, which is part of its appeal for visitors planning a morning on the river before the heat of the day builds.</w:t>
      </w:r>
      <w:r/>
    </w:p>
    <w:p>
      <w:r/>
      <w:r>
        <w:t>Across the river stands the Grand Palace, a former royal residence completed in the late eighteenth century and still one of Thailand’s most important ceremonial sites. Inside the complex is the Emerald Buddha Hall, home to one of the country’s most revered religious images. The palace’s gilded roofs, mirrored surfaces and mural-covered walls make it one of Bangkok’s most distinctive landmarks, while its continued use for official events underlines how closely the city’s political and spiritual heritage remain intertwined.</w:t>
      </w:r>
      <w:r/>
    </w:p>
    <w:p>
      <w:r/>
      <w:r>
        <w:t>Further downstream, the riverfront has been reshaped from an old trading zone into a destination for shopping, dining and evening entertainment. Former warehouses now sit alongside modern retail and leisure developments, including ICONSIAM, while waterfront restaurants and live performances draw crowds after sunset. Bangkok travel sources note that visitors can sample local dishes such as grilled prawns and mango sticky rice while watching ferries and longtail boats move through the traffic of the river.</w:t>
      </w:r>
      <w:r/>
    </w:p>
    <w:p>
      <w:r/>
      <w:r>
        <w:t>For a broader view of the city, an evening cruise offers a slower and more theatrical way to take in the Chao Phraya. Several routes pass illuminated bridges, temples and heritage buildings, often with dinner, music and commentary included. Depending on the operator, boats may glide past Wat Arun, the Grand Palace and historic bridges, creating a compact introduction to the riverside’s religious, royal and commercial landmarks. For travellers who want convenience as well as atmosphere, riverfront hotels also make sense, with some properties offering shuttle boats to transport hubs and shopping centres, reinforcing the river’s role as both a scenic attraction and a working transport network.</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9">
        <w:r>
          <w:rPr>
            <w:color w:val="0000EE"/>
            <w:u w:val="single"/>
          </w:rPr>
          <w:t>[1]</w:t>
        </w:r>
      </w:hyperlink>
      <w:r>
        <w:t xml:space="preserve">, </w:t>
      </w:r>
      <w:hyperlink r:id="rId12">
        <w:r>
          <w:rPr>
            <w:color w:val="0000EE"/>
            <w:u w:val="single"/>
          </w:rPr>
          <w:t>[3]</w:t>
        </w:r>
      </w:hyperlink>
      <w:r>
        <w:t xml:space="preserve">, </w:t>
      </w:r>
      <w:hyperlink r:id="rId13">
        <w:r>
          <w:rPr>
            <w:color w:val="0000EE"/>
            <w:u w:val="single"/>
          </w:rPr>
          <w:t>[6]</w:t>
        </w:r>
      </w:hyperlink>
      <w:r>
        <w:t xml:space="preserve">- Paragraph 3: </w:t>
      </w:r>
      <w:hyperlink r:id="rId9">
        <w:r>
          <w:rPr>
            <w:color w:val="0000EE"/>
            <w:u w:val="single"/>
          </w:rPr>
          <w:t>[1]</w:t>
        </w:r>
      </w:hyperlink>
      <w:r>
        <w:t xml:space="preserve">, </w:t>
      </w:r>
      <w:hyperlink r:id="rId11">
        <w:r>
          <w:rPr>
            <w:color w:val="0000EE"/>
            <w:u w:val="single"/>
          </w:rPr>
          <w:t>[4]</w:t>
        </w:r>
      </w:hyperlink>
      <w:r>
        <w:t xml:space="preserve">- Paragraph 4: </w:t>
      </w:r>
      <w:hyperlink r:id="rId9">
        <w:r>
          <w:rPr>
            <w:color w:val="0000EE"/>
            <w:u w:val="single"/>
          </w:rPr>
          <w:t>[1]</w:t>
        </w:r>
      </w:hyperlink>
      <w:r>
        <w:t xml:space="preserve">, </w:t>
      </w:r>
      <w:hyperlink r:id="rId10">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[1]</w:t>
        </w:r>
      </w:hyperlink>
      <w:r>
        <w:t xml:space="preserve">, </w:t>
      </w:r>
      <w:hyperlink r:id="rId10">
        <w:r>
          <w:rPr>
            <w:color w:val="0000EE"/>
            <w:u w:val="single"/>
          </w:rPr>
          <w:t>[2]</w:t>
        </w:r>
      </w:hyperlink>
      <w:r>
        <w:t xml:space="preserve">, </w:t>
      </w:r>
      <w:hyperlink r:id="rId14">
        <w:r>
          <w:rPr>
            <w:color w:val="0000EE"/>
            <w:u w:val="single"/>
          </w:rPr>
          <w:t>[5]</w:t>
        </w:r>
      </w:hyperlink>
      <w:r>
        <w:t xml:space="preserve">, </w:t>
      </w:r>
      <w:hyperlink r:id="rId15">
        <w:r>
          <w:rPr>
            <w:color w:val="0000EE"/>
            <w:u w:val="single"/>
          </w:rPr>
          <w:t>[7]</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https://www.thevacationgateway.com/best-things-to-do-along-bangkoks-chao-phraya-river.html</w:t>
        </w:r>
      </w:hyperlink>
      <w:r>
        <w:t xml:space="preserve"> - Please view link - unable to able to access data</w:t>
      </w:r>
      <w:r/>
    </w:p>
    <w:p>
      <w:pPr>
        <w:pStyle w:val="ListNumber"/>
        <w:spacing w:line="240" w:lineRule="auto"/>
        <w:ind w:left="720"/>
      </w:pPr>
      <w:r/>
      <w:hyperlink r:id="rId10">
        <w:r>
          <w:rPr>
            <w:color w:val="0000EE"/>
            <w:u w:val="single"/>
          </w:rPr>
          <w:t>https://www.bangkokup.com/chao-phraya-river-bangkok</w:t>
        </w:r>
      </w:hyperlink>
      <w:r>
        <w:t xml:space="preserve"> - The Chao Phraya River is central to Bangkok's identity, serving as a vital transportation route and cultural artery. The river offers various boat services, including the orange-flag express boats for commuters and the blue-flag tourist boats for visitors, both providing unique perspectives of the city's landmarks. Riverside hotels, shopping centres like ICONSIAM, and dining options are all accessible along the river, making it a hub for both locals and tourists seeking to experience Bangkok's charm.</w:t>
      </w:r>
      <w:r/>
    </w:p>
    <w:p>
      <w:pPr>
        <w:pStyle w:val="ListNumber"/>
        <w:spacing w:line="240" w:lineRule="auto"/>
        <w:ind w:left="720"/>
      </w:pPr>
      <w:r/>
      <w:hyperlink r:id="rId12">
        <w:r>
          <w:rPr>
            <w:color w:val="0000EE"/>
            <w:u w:val="single"/>
          </w:rPr>
          <w:t>https://watarun.com/attractions/chao-phraya-river/</w:t>
        </w:r>
      </w:hyperlink>
      <w:r>
        <w:t xml:space="preserve"> - The Chao Phraya River, known as the 'River of Kings,' is integral to Bangkok's history and daily life. It provides access to significant sites such as Wat Arun, with boat services connecting the temple to the city. The river also offers various transportation options, including express boats and cross-river ferries, facilitating easy exploration of Bangkok's attractions along its banks.</w:t>
      </w:r>
      <w:r/>
    </w:p>
    <w:p>
      <w:pPr>
        <w:pStyle w:val="ListNumber"/>
        <w:spacing w:line="240" w:lineRule="auto"/>
        <w:ind w:left="720"/>
      </w:pPr>
      <w:r/>
      <w:hyperlink r:id="rId11">
        <w:r>
          <w:rPr>
            <w:color w:val="0000EE"/>
            <w:u w:val="single"/>
          </w:rPr>
          <w:t>https://www.chao-phraya-river.com/chao-phraya-river-complete-guide-temples-cruises-transportation</w:t>
        </w:r>
      </w:hyperlink>
      <w:r>
        <w:t xml:space="preserve"> - The Chao Phraya River, spanning 372 kilometres, is Bangkok's primary cultural and transportation corridor. It connects the city's major temples, palaces, and cultural sites, offering an efficient and immersive way to explore Bangkok. The river's significance is recognised by UNESCO, highlighting its role in preserving Thailand's spiritual heritage and serving as a vital transportation network.</w:t>
      </w:r>
      <w:r/>
    </w:p>
    <w:p>
      <w:pPr>
        <w:pStyle w:val="ListNumber"/>
        <w:spacing w:line="240" w:lineRule="auto"/>
        <w:ind w:left="720"/>
      </w:pPr>
      <w:r/>
      <w:hyperlink r:id="rId14">
        <w:r>
          <w:rPr>
            <w:color w:val="0000EE"/>
            <w:u w:val="single"/>
          </w:rPr>
          <w:t>https://www.chatrium.com/chatriumriversidebangkok/</w:t>
        </w:r>
      </w:hyperlink>
      <w:r>
        <w:t xml:space="preserve"> - Chatrium Hotel Riverside Bangkok is a multi-award-winning riverfront hotel offering 396 spacious rooms and suites with floor-to-ceiling windows and private balconies, providing expansive city skyline views. The hotel features a complimentary private shuttle boat to Saphan Taksin BTS and ICONSIAM, ensuring seamless connectivity for guests. Its prime location along the Chao Phraya River makes it an ideal choice for travellers seeking a luxurious riverside experience.</w:t>
      </w:r>
      <w:r/>
    </w:p>
    <w:p>
      <w:pPr>
        <w:pStyle w:val="ListNumber"/>
        <w:spacing w:line="240" w:lineRule="auto"/>
        <w:ind w:left="720"/>
      </w:pPr>
      <w:r/>
      <w:hyperlink r:id="rId13">
        <w:r>
          <w:rPr>
            <w:color w:val="0000EE"/>
            <w:u w:val="single"/>
          </w:rPr>
          <w:t>https://bangkokfind.com/river/</w:t>
        </w:r>
      </w:hyperlink>
      <w:r>
        <w:t xml:space="preserve"> - The Chao Phraya River, known as the 'River of Kings,' is Bangkok's lifeline, offering cruises past golden temples, floating markets, and riverside restaurants. Transportation options include the Chao Phraya Tourist Boat (blue flag) for hop-on-hop-off services with English commentary, and the Chao Phraya Express Boat (orange flag) for fast, affordable travel, providing authentic local experiences along the river.</w:t>
      </w:r>
      <w:r/>
    </w:p>
    <w:p>
      <w:pPr>
        <w:pStyle w:val="ListNumber"/>
        <w:spacing w:line="240" w:lineRule="auto"/>
        <w:ind w:left="720"/>
      </w:pPr>
      <w:r/>
      <w:hyperlink r:id="rId15">
        <w:r>
          <w:rPr>
            <w:color w:val="0000EE"/>
            <w:u w:val="single"/>
          </w:rPr>
          <w:t>https://www.chao-phraya-river.com/hotels-along-the-river</w:t>
        </w:r>
      </w:hyperlink>
      <w:r>
        <w:t xml:space="preserve"> - Staying along the Chao Phraya River offers a unique experience, with options ranging from luxury heritage properties to modern riverside resorts. Hotels like Riva Arun Bangkok and Sala Rattanakosin provide traditional Thai design with modern comforts, while Chatrium Hotel Riverside Bangkok offers spacious rooms with river views and a complimentary shuttle boat to Saphan Taksin BTS, ensuring convenient access to Bangkok's attractions.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vacationgateway.com/best-things-to-do-along-bangkoks-chao-phraya-river.html" TargetMode="External"/><Relationship Id="rId10" Type="http://schemas.openxmlformats.org/officeDocument/2006/relationships/hyperlink" Target="https://www.bangkokup.com/chao-phraya-river-bangkok" TargetMode="External"/><Relationship Id="rId11" Type="http://schemas.openxmlformats.org/officeDocument/2006/relationships/hyperlink" Target="https://www.chao-phraya-river.com/chao-phraya-river-complete-guide-temples-cruises-transportation" TargetMode="External"/><Relationship Id="rId12" Type="http://schemas.openxmlformats.org/officeDocument/2006/relationships/hyperlink" Target="https://watarun.com/attractions/chao-phraya-river/" TargetMode="External"/><Relationship Id="rId13" Type="http://schemas.openxmlformats.org/officeDocument/2006/relationships/hyperlink" Target="https://bangkokfind.com/river/" TargetMode="External"/><Relationship Id="rId14" Type="http://schemas.openxmlformats.org/officeDocument/2006/relationships/hyperlink" Target="https://www.chatrium.com/chatriumriversidebangkok/" TargetMode="External"/><Relationship Id="rId15" Type="http://schemas.openxmlformats.org/officeDocument/2006/relationships/hyperlink" Target="https://www.chao-phraya-river.com/hotels-along-the-river"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