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Bangkok’s MRT transforms Ratchada into a gateway to the city’s diverse experiences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Bangkok’s MRT network makes the capital far easier to navigate than the city’s traffic-choked roads might suggest, and staying in the Ratchada area gives visitors a particularly practical base. From there, the Blue Line opens up shopping districts, cultural stops and some of the city’s best-known heritage sites, allowing travellers to move across Bangkok at a steadier, more relaxed pace.</w:t>
      </w:r>
      <w:r/>
    </w:p>
    <w:p>
      <w:r/>
      <w:r>
        <w:t>One of the most useful starting points is Phra Ram 9, where the surrounding district has grown into a modern commercial hub. According to local area guides, Central Rama 9 offers a wide spread of shops, restaurants and leisure options, while nearby Fortune Town has built a reputation for electronics, IT goods and repairs. The station’s location makes it a convenient launch pad for anyone wanting to combine everyday Bangkok with a bit of retail therapy.</w:t>
      </w:r>
      <w:r/>
    </w:p>
    <w:p>
      <w:r/>
      <w:r>
        <w:t>A different kind of day out begins at Sanam Chai, which places visitors within easy reach of the Grand Palace, Wat Pho and Museum Siam. The Wat Pho guide describes the temple as home to the famed Reclining Buddha and notes its role as a centre for traditional Thai massage, while Museum Siam offers a hands-on look at Thai identity and history in a neoclassical setting. Time Out has also highlighted Sanam Chai as a gateway to the Old City, with the station itself designed to echo early Rattanakosin architecture.</w:t>
      </w:r>
      <w:r/>
    </w:p>
    <w:p>
      <w:r/>
      <w:r>
        <w:t>For those looking to balance sightseeing with food and shopping, the Thailand Cultural Centre area adds another layer to the route. The station sits close to entertainment and retail spaces such as The Street Ratchada and Esplanade Bangkok, while the cultural venue itself hosts performances and exhibitions. That mix makes the neighbourhood useful for visitors who want more than temple-hopping and historic landmarks.</w:t>
      </w:r>
      <w:r/>
    </w:p>
    <w:p>
      <w:r/>
      <w:r>
        <w:t>Practical planning still matters. Travellers are better off avoiding the busiest commuting times when possible, checking opening hours before setting out and confirming the correct station exit in advance. Smaller purchases may still require cash, and late-evening journeys are best timed with the MRT’s operating schedule in mind. Used well, the line turns Ratchada from a hotel district into a base for seeing several different sides of Bangkok in a single trip.</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w:t>
      </w:r>
      <w:hyperlink r:id="rId12">
        <w:r>
          <w:rPr>
            <w:color w:val="0000EE"/>
            <w:u w:val="single"/>
          </w:rPr>
          <w:t>[7]</w:t>
        </w:r>
      </w:hyperlink>
      <w:r>
        <w:t xml:space="preserve">- Paragraph 3: </w:t>
      </w:r>
      <w:hyperlink r:id="rId13">
        <w:r>
          <w:rPr>
            <w:color w:val="0000EE"/>
            <w:u w:val="single"/>
          </w:rPr>
          <w:t>[2]</w:t>
        </w:r>
      </w:hyperlink>
      <w:r>
        <w:t xml:space="preserve">, </w:t>
      </w:r>
      <w:hyperlink r:id="rId14">
        <w:r>
          <w:rPr>
            <w:color w:val="0000EE"/>
            <w:u w:val="single"/>
          </w:rPr>
          <w:t>[4]</w:t>
        </w:r>
      </w:hyperlink>
      <w:r>
        <w:t xml:space="preserve">, </w:t>
      </w:r>
      <w:hyperlink r:id="rId15">
        <w:r>
          <w:rPr>
            <w:color w:val="0000EE"/>
            <w:u w:val="single"/>
          </w:rPr>
          <w:t>[6]</w:t>
        </w:r>
      </w:hyperlink>
      <w:r>
        <w:t xml:space="preserve">- Paragraph 4: </w:t>
      </w:r>
      <w:hyperlink r:id="rId9">
        <w:r>
          <w:rPr>
            <w:color w:val="0000EE"/>
            <w:u w:val="single"/>
          </w:rPr>
          <w:t>[1]</w:t>
        </w:r>
      </w:hyperlink>
      <w:r>
        <w:t xml:space="preserve">- Paragraph 5: </w:t>
      </w:r>
      <w:hyperlink r:id="rId9">
        <w:r>
          <w:rPr>
            <w:color w:val="0000EE"/>
            <w:u w:val="single"/>
          </w:rPr>
          <w:t>[1]</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https://www.thevacationgateway.com/how-to-explore-bangkok-by-mrt-from-ratchada.html</w:t>
        </w:r>
      </w:hyperlink>
      <w:r>
        <w:t xml:space="preserve"> - Please view link - unable to able to access data</w:t>
      </w:r>
      <w:r/>
    </w:p>
    <w:p>
      <w:pPr>
        <w:pStyle w:val="ListNumber"/>
        <w:spacing w:line="240" w:lineRule="auto"/>
        <w:ind w:left="720"/>
      </w:pPr>
      <w:r/>
      <w:hyperlink r:id="rId13">
        <w:r>
          <w:rPr>
            <w:color w:val="0000EE"/>
            <w:u w:val="single"/>
          </w:rPr>
          <w:t>https://www.bangkok-travel-guide.com/guide/wat-pho-guide/</w:t>
        </w:r>
      </w:hyperlink>
      <w:r>
        <w:t xml:space="preserve"> - Wat Pho, also known as the Temple of the Reclining Buddha, is a historic temple complex in Bangkok's Rattanakosin district. It houses a 46-meter gold-leaf Reclining Buddha and serves as a traditional Thai massage school. The temple is easily accessible via the MRT Blue Line to Sanam Chai Station, with a short walk to the entrance. Admission is 300 THB per person, including a bottle of water. Visitors are advised to dress modestly and remove shoes before entering the main ordination halls. The temple is open daily from 8:00 AM to 6:30 PM.</w:t>
      </w:r>
      <w:r/>
    </w:p>
    <w:p>
      <w:pPr>
        <w:pStyle w:val="ListNumber"/>
        <w:spacing w:line="240" w:lineRule="auto"/>
        <w:ind w:left="720"/>
      </w:pPr>
      <w:r/>
      <w:hyperlink r:id="rId10">
        <w:r>
          <w:rPr>
            <w:color w:val="0000EE"/>
            <w:u w:val="single"/>
          </w:rPr>
          <w:t>https://roavara.com/ratchada-area-guide/</w:t>
        </w:r>
      </w:hyperlink>
      <w:r>
        <w:t xml:space="preserve"> - Phra Ram 9 is a modern and bustling commercial area in Ratchada, Bangkok. Central Rama 9, a nine-storey mall, offers a variety of shops, restaurants, and entertainment options. Fortune Town, located nearby, is renowned for its electronics, IT stores, and repair services. The area is well-served by the MRT Blue Line at Phra Ram 9 Station, providing easy access to these attractions. The district is characterized by high-rise buildings, office towers, and a vibrant business atmosphere, making it a convenient base for exploring Bangkok.</w:t>
      </w:r>
      <w:r/>
    </w:p>
    <w:p>
      <w:pPr>
        <w:pStyle w:val="ListNumber"/>
        <w:spacing w:line="240" w:lineRule="auto"/>
        <w:ind w:left="720"/>
      </w:pPr>
      <w:r/>
      <w:hyperlink r:id="rId14">
        <w:r>
          <w:rPr>
            <w:color w:val="0000EE"/>
            <w:u w:val="single"/>
          </w:rPr>
          <w:t>https://www.bangkokup.com/museum-siam-bangkok</w:t>
        </w:r>
      </w:hyperlink>
      <w:r>
        <w:t xml:space="preserve"> - Museum Siam is an interactive museum located in a grand neoclassical building on Rattanakosin Island, near MRT Sanam Chai Station. It explores Thai identity and cultural heritage through hands-on exhibits on migration, trade, food, and identity. The museum is a short walk from the Grand Palace and Wat Pho, making it a convenient stop for visitors exploring Bangkok's historic sites. It is open daily from 10:00 AM to 6:00 PM, with a modest admission fee. The museum is family-friendly and offers a cool respite from the midday heat.</w:t>
      </w:r>
      <w:r/>
    </w:p>
    <w:p>
      <w:pPr>
        <w:pStyle w:val="ListNumber"/>
        <w:spacing w:line="240" w:lineRule="auto"/>
        <w:ind w:left="720"/>
      </w:pPr>
      <w:r/>
      <w:hyperlink r:id="rId11">
        <w:r>
          <w:rPr>
            <w:color w:val="0000EE"/>
            <w:u w:val="single"/>
          </w:rPr>
          <w:t>https://whybangkok.com/shopping/fortune-town/</w:t>
        </w:r>
      </w:hyperlink>
      <w:r>
        <w:t xml:space="preserve"> - Fortune Town is a long-established mall on Ratchadaphisek Road, adjacent to Phra Ram 9 MRT Station. It is best known for its concentration of computer, phone, camera, audio, and repair businesses. The mall also features restaurants and everyday retail stores. Visitors can compare prices and warranties between sellers, especially for used equipment or repairs. The mall is open daily from 10:00 AM to 10:00 PM. Its proximity to the MRT station makes it easily accessible for those traveling via public transport.</w:t>
      </w:r>
      <w:r/>
    </w:p>
    <w:p>
      <w:pPr>
        <w:pStyle w:val="ListNumber"/>
        <w:spacing w:line="240" w:lineRule="auto"/>
        <w:ind w:left="720"/>
      </w:pPr>
      <w:r/>
      <w:hyperlink r:id="rId15">
        <w:r>
          <w:rPr>
            <w:color w:val="0000EE"/>
            <w:u w:val="single"/>
          </w:rPr>
          <w:t>https://www.timeout.com/bangkok/travel/mrt-sanam-chai-station</w:t>
        </w:r>
      </w:hyperlink>
      <w:r>
        <w:t xml:space="preserve"> - MRT Sanam Chai Station is located in Bangkok's historic Rattanakosin district and is designed to reflect early Rattanakosin architecture. The station provides direct access to Museum Siam and Pak Khlong Talad (Bangkok Flower Market). The station's design features white pillars, chandeliers, and decorative arches, giving the impression of an underground ceremonial hall. It is open daily from 7:00 AM to 9:00 PM. The station serves as a gateway to Bangkok's Old City, making it convenient for visitors to explore nearby attractions.</w:t>
      </w:r>
      <w:r/>
    </w:p>
    <w:p>
      <w:pPr>
        <w:pStyle w:val="ListNumber"/>
        <w:spacing w:line="240" w:lineRule="auto"/>
        <w:ind w:left="720"/>
      </w:pPr>
      <w:r/>
      <w:hyperlink r:id="rId12">
        <w:r>
          <w:rPr>
            <w:color w:val="0000EE"/>
            <w:u w:val="single"/>
          </w:rPr>
          <w:t>https://www.ajarn.com/help-and-guides/my-bangkok-suburb/rama-9</w:t>
        </w:r>
      </w:hyperlink>
      <w:r>
        <w:t xml:space="preserve"> - Rama 9 is a fast-developing commercial area in Bangkok, characterized by office towers, malls, and upscale condos. It is served by the MRT Blue Line at Phra Ram 9 Station, providing direct access to major hubs like Sukhumvit, Ratchadaphisek, and Chinatown. The area is home to international office headquarters and upscale condos, many of which are more affordable than those in other parts of Bangkok. The neighborhood offers a clean and convenient environment, making it appealing for both residents and visitors.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vacationgateway.com/how-to-explore-bangkok-by-mrt-from-ratchada.html" TargetMode="External"/><Relationship Id="rId10" Type="http://schemas.openxmlformats.org/officeDocument/2006/relationships/hyperlink" Target="https://roavara.com/ratchada-area-guide/" TargetMode="External"/><Relationship Id="rId11" Type="http://schemas.openxmlformats.org/officeDocument/2006/relationships/hyperlink" Target="https://whybangkok.com/shopping/fortune-town/" TargetMode="External"/><Relationship Id="rId12" Type="http://schemas.openxmlformats.org/officeDocument/2006/relationships/hyperlink" Target="https://www.ajarn.com/help-and-guides/my-bangkok-suburb/rama-9" TargetMode="External"/><Relationship Id="rId13" Type="http://schemas.openxmlformats.org/officeDocument/2006/relationships/hyperlink" Target="https://www.bangkok-travel-guide.com/guide/wat-pho-guide/" TargetMode="External"/><Relationship Id="rId14" Type="http://schemas.openxmlformats.org/officeDocument/2006/relationships/hyperlink" Target="https://www.bangkokup.com/museum-siam-bangkok" TargetMode="External"/><Relationship Id="rId15" Type="http://schemas.openxmlformats.org/officeDocument/2006/relationships/hyperlink" Target="https://www.timeout.com/bangkok/travel/mrt-sanam-chai-station"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