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On Nut emerges as a charming neighbourhood for authentic Bangkok experiences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On Nut has become one of Bangkok’s more appealing detours for travellers who want to step away from the city’s busiest retail districts without leaving Sukhumvit entirely. According to The Vacation Gateway, the neighbourhood offers a slower, more local rhythm, with small garden cafés, community spaces and low-rise streets that feel far removed from the capital’s louder commercial corridors. Its appeal lies less in landmark sightseeing than in the everyday pleasures of lingering over coffee, wandering through residential lanes and discovering a side of Bangkok that feels lived-in rather than staged. </w:t>
      </w:r>
      <w:r/>
    </w:p>
    <w:p>
      <w:r/>
      <w:r>
        <w:t xml:space="preserve">One of the area’s most practical draws is its growing cooking-school scene. Bangkok Thai Cooking Academy in On Nut offers hands-on classes that include a market visit, curry paste preparation and the chance to choose several dishes from a broad menu of Thai favourites, while other schools in the neighbourhood place similar emphasis on ingredient selection, traditional techniques and home-style recipes. Pink Chili, near Onnuch Fresh Market, keeps classes to small groups and changes its menu daily, while Mango Cooking School near BTS On Nut advertises dishes rooted in local market culture and street-food traditions. Together, they present a more immersive alternative to simply eating out, allowing visitors to bring a sense of Thai culinary practice home with them. </w:t>
      </w:r>
      <w:r/>
    </w:p>
    <w:p>
      <w:r/>
      <w:r>
        <w:t xml:space="preserve">The district also caters to travellers looking for something softer and more playful. Reports on the area note the presence of animal-themed cafés, where visitors can sit down with drinks in the company of resident cats or, in some venues, more unusual creatures such as capybaras. For many, these cafés function as low-pressure stops between other activities, combining novelty with the unhurried pace that defines much of On Nut’s charm. Elsewhere, a neighbourhood café such as Somewhere Home Cafe in Onnut Soi 17 adds to the sense of local character with restored shophouse interiors and a more intimate setting than the larger chains found elsewhere in Bangkok. </w:t>
      </w:r>
      <w:r/>
    </w:p>
    <w:p>
      <w:r/>
      <w:r>
        <w:t xml:space="preserve">For those interested in culture rather than novelty, On Nut also offers spaces that draw on Thai aesthetics and heritage. The Vacation Gateway describes venues that use traditional-style architecture, local crafts and decorative motifs to create a more atmospheric experience than the surrounding malls and high-rises. That blend of contemporary convenience and quieter cultural expression is part of what makes the area distinctive: it is not a destination built around major sights, but a neighbourhood where visitors can experience a less hurried, more domestic version of Bangkok.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[7]</w:t>
        </w:r>
      </w:hyperlink>
      <w:r>
        <w:t xml:space="preserve">- Paragraph 3: </w:t>
      </w:r>
      <w:hyperlink r:id="rId9">
        <w:r>
          <w:rPr>
            <w:color w:val="0000EE"/>
            <w:u w:val="single"/>
          </w:rPr>
          <w:t>[2]</w:t>
        </w:r>
      </w:hyperlink>
      <w:r>
        <w:t xml:space="preserve">, </w:t>
      </w:r>
      <w:hyperlink r:id="rId14">
        <w:r>
          <w:rPr>
            <w:color w:val="0000EE"/>
            <w:u w:val="single"/>
          </w:rPr>
          <w:t>[6]</w:t>
        </w:r>
      </w:hyperlink>
      <w:r>
        <w:t xml:space="preserve">- Paragraph 4: </w:t>
      </w:r>
      <w:hyperlink r:id="rId9">
        <w:r>
          <w:rPr>
            <w:color w:val="0000EE"/>
            <w:u w:val="single"/>
          </w:rPr>
          <w:t>[2]</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https://www.thevacationgateway.com/best-things-to-do-around-on-nut-bangkok.html</w:t>
        </w:r>
      </w:hyperlink>
      <w:r>
        <w:t xml:space="preserve"> - Please view link - unable to able to access data</w:t>
      </w:r>
      <w:r/>
    </w:p>
    <w:p>
      <w:pPr>
        <w:pStyle w:val="ListNumber"/>
        <w:spacing w:line="240" w:lineRule="auto"/>
        <w:ind w:left="720"/>
      </w:pPr>
      <w:r/>
      <w:hyperlink r:id="rId9">
        <w:r>
          <w:rPr>
            <w:color w:val="0000EE"/>
            <w:u w:val="single"/>
          </w:rPr>
          <w:t>https://www.thevacationgateway.com/best-things-to-do-around-on-nut-bangkok.html</w:t>
        </w:r>
      </w:hyperlink>
      <w:r>
        <w:t xml:space="preserve"> - This article highlights various activities in On Nut, Bangkok, including green spaces, local cafes, Thai cooking classes, animal-themed cafes, and traditional Thai-inspired cultural spaces, offering a more relaxed and local experience away from the city's bustling centres.</w:t>
      </w:r>
      <w:r/>
    </w:p>
    <w:p>
      <w:pPr>
        <w:pStyle w:val="ListNumber"/>
        <w:spacing w:line="240" w:lineRule="auto"/>
        <w:ind w:left="720"/>
      </w:pPr>
      <w:r/>
      <w:hyperlink r:id="rId10">
        <w:r>
          <w:rPr>
            <w:color w:val="0000EE"/>
            <w:u w:val="single"/>
          </w:rPr>
          <w:t>https://thaifoodclass.com/bangkok/bangkok-thai-cooking-academy</w:t>
        </w:r>
      </w:hyperlink>
      <w:r>
        <w:t xml:space="preserve"> - Bangkok Thai Cooking Academy offers hands-on Thai cooking classes in On Nut, where participants can choose five dishes from a selection of 22 authentic Thai options, including a market tour and curry paste preparation, all in a fully air-conditioned environment.</w:t>
      </w:r>
      <w:r/>
    </w:p>
    <w:p>
      <w:pPr>
        <w:pStyle w:val="ListNumber"/>
        <w:spacing w:line="240" w:lineRule="auto"/>
        <w:ind w:left="720"/>
      </w:pPr>
      <w:r/>
      <w:hyperlink r:id="rId11">
        <w:r>
          <w:rPr>
            <w:color w:val="0000EE"/>
            <w:u w:val="single"/>
          </w:rPr>
          <w:t>https://thaifoodclass.com/bangkok/pink-chili</w:t>
        </w:r>
      </w:hyperlink>
      <w:r>
        <w:t xml:space="preserve"> - Pink Chili Thai Cooking Class Bangkok provides traditional Thai cooking classes in a typical Thai house near Onnuch Fresh Market, featuring a market visit and classes capped at 12 people for individual attention, with a menu that changes daily.</w:t>
      </w:r>
      <w:r/>
    </w:p>
    <w:p>
      <w:pPr>
        <w:pStyle w:val="ListNumber"/>
        <w:spacing w:line="240" w:lineRule="auto"/>
        <w:ind w:left="720"/>
      </w:pPr>
      <w:r/>
      <w:hyperlink r:id="rId12">
        <w:r>
          <w:rPr>
            <w:color w:val="0000EE"/>
            <w:u w:val="single"/>
          </w:rPr>
          <w:t>https://thaifoodclass.com/bangkok/mango</w:t>
        </w:r>
      </w:hyperlink>
      <w:r>
        <w:t xml:space="preserve"> - Mango Cooking School offers real Thai flavours made by you, near BTS On Nut, with classes that include a market tour and dishes inspired by real Thai home cooking, local markets, and street-food traditions, all made without shortcuts and without MSG.</w:t>
      </w:r>
      <w:r/>
    </w:p>
    <w:p>
      <w:pPr>
        <w:pStyle w:val="ListNumber"/>
        <w:spacing w:line="240" w:lineRule="auto"/>
        <w:ind w:left="720"/>
      </w:pPr>
      <w:r/>
      <w:hyperlink r:id="rId14">
        <w:r>
          <w:rPr>
            <w:color w:val="0000EE"/>
            <w:u w:val="single"/>
          </w:rPr>
          <w:t>https://wanderlog.com/place/details/11389865/somewhere-home-cafe</w:t>
        </w:r>
      </w:hyperlink>
      <w:r>
        <w:t xml:space="preserve"> - Somewhere Home Cafe is a charming spot located in Onnut Soi 17, offering a cozy and inviting atmosphere with renovated old shophouse decor, serving basic coffee options and signature drinks like the Lovaholic, a mocha with whiskey syrup.</w:t>
      </w:r>
      <w:r/>
    </w:p>
    <w:p>
      <w:pPr>
        <w:pStyle w:val="ListNumber"/>
        <w:spacing w:line="240" w:lineRule="auto"/>
        <w:ind w:left="720"/>
      </w:pPr>
      <w:r/>
      <w:hyperlink r:id="rId13">
        <w:r>
          <w:rPr>
            <w:color w:val="0000EE"/>
            <w:u w:val="single"/>
          </w:rPr>
          <w:t>https://www.visitthailandtoday.com/activities-tours/bangkok/bangkok-thai-cooking-academy</w:t>
        </w:r>
      </w:hyperlink>
      <w:r>
        <w:t xml:space="preserve"> - Bangkok Thai Cooking Academy offers immersive, hands-on classes where participants learn to prepare authentic Thai dishes using traditional techniques and fresh, quality ingredients, with vegetarian options available and classes typically including a market or ingredient exploration component.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vacationgateway.com/best-things-to-do-around-on-nut-bangkok.html" TargetMode="External"/><Relationship Id="rId10" Type="http://schemas.openxmlformats.org/officeDocument/2006/relationships/hyperlink" Target="https://thaifoodclass.com/bangkok/bangkok-thai-cooking-academy" TargetMode="External"/><Relationship Id="rId11" Type="http://schemas.openxmlformats.org/officeDocument/2006/relationships/hyperlink" Target="https://thaifoodclass.com/bangkok/pink-chili" TargetMode="External"/><Relationship Id="rId12" Type="http://schemas.openxmlformats.org/officeDocument/2006/relationships/hyperlink" Target="https://thaifoodclass.com/bangkok/mango" TargetMode="External"/><Relationship Id="rId13" Type="http://schemas.openxmlformats.org/officeDocument/2006/relationships/hyperlink" Target="https://www.visitthailandtoday.com/activities-tours/bangkok/bangkok-thai-cooking-academy" TargetMode="External"/><Relationship Id="rId14" Type="http://schemas.openxmlformats.org/officeDocument/2006/relationships/hyperlink" Target="https://wanderlog.com/place/details/11389865/somewhere-home-cafe"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