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Phuket enhances family appeal with new wildlife sanctuaries and expanded water park attractions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Phuket has long sold itself as a place where family holidays can be shaped around energy levels rather than fixed itineraries, and that flexibility is one of its strengths. According to the materials from The Vacation Gateway, the island can move easily from high-activity outings to slower, more restorative stops, making it practical for parents who want a trip that works for both younger children and older ones. Attractions such as Andamanda Water Park and Aquaria Phuket also show how the island mixes outdoor excitement with indoor relief from the tropical heat. </w:t>
      </w:r>
      <w:r/>
    </w:p>
    <w:p>
      <w:r/>
      <w:r>
        <w:t>Among the most obvious crowd-pleasers is Andamanda Water Park in Kathu, which Phuket 101 describes as the island’s largest water park. Opened in 2022, it covers 100,000 square metres and includes 25 attractions, among them 12 extreme slides, alongside themed zones inspired by Thai mythology. The park is close to both Patong Beach and Phuket Town, and its layout means families can split the day between gentler play areas for younger children and bigger rides for older visitors and adults.</w:t>
      </w:r>
      <w:r/>
    </w:p>
    <w:p>
      <w:r/>
      <w:r>
        <w:t>For families looking for something more reflective, Phuket’s elephant sanctuaries offer a very different kind of day out. Phuket Elephant Sanctuary, established in 2016 near Bang Pae Waterfall, operates as a retirement home for rescued elephants, where visitors can watch the animals feed, bathe and move freely without riding or direct handling. Phuket 101 says the reserve was created to support ethical elephant tourism, while Hidden Forest Elephant Reserve in Chalong, which opened in December 2023, has also added to the island’s growing list of hands-off wildlife experiences. A separate accredited sanctuary near west Phuket follows the same welfare-led approach, with no riding or bathing and a focus on observation in a natural setting.</w:t>
      </w:r>
      <w:r/>
    </w:p>
    <w:p>
      <w:r/>
      <w:r>
        <w:t>Back in town, Old Phuket Town remains one of the easiest places to fill a family afternoon without needing to rush. Its Sino-Portuguese shopfronts, cafés and street food stalls give children plenty to look at, while adults can use the stroll to take in the island’s history at a gentler pace. For an indoor alternative, Aquaria Phuket offers a cool break from the heat, with large tanks and displays featuring sharks, rays and other marine life. Together, these stops help explain why Phuket continues to work so well for families: there is enough variety to keep the schedule moving, but also enough room to slow down when needed.</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w:t>
      </w:r>
      <w:hyperlink r:id="rId14">
        <w:r>
          <w:rPr>
            <w:color w:val="0000EE"/>
            <w:u w:val="single"/>
          </w:rPr>
          <w:t>[7]</w:t>
        </w:r>
      </w:hyperlink>
      <w:r>
        <w:t xml:space="preserve">- Paragraph 4: </w:t>
      </w:r>
      <w:hyperlink r:id="rId15">
        <w:r>
          <w:rPr>
            <w:color w:val="0000EE"/>
            <w:u w:val="single"/>
          </w:rPr>
          <w:t>[4]</w:t>
        </w:r>
      </w:hyperlink>
      <w:r>
        <w:t xml:space="preserve">, </w:t>
      </w:r>
      <w:hyperlink r:id="rId11">
        <w:r>
          <w:rPr>
            <w:color w:val="0000EE"/>
            <w:u w:val="single"/>
          </w:rPr>
          <w:t>[5]</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https://www.thevacationgateway.com/best-things-to-do-in-phuket-for-families.html</w:t>
        </w:r>
      </w:hyperlink>
      <w:r>
        <w:t xml:space="preserve"> - Please view link - unable to able to access data</w:t>
      </w:r>
      <w:r/>
    </w:p>
    <w:p>
      <w:pPr>
        <w:pStyle w:val="ListNumber"/>
        <w:spacing w:line="240" w:lineRule="auto"/>
        <w:ind w:left="720"/>
      </w:pPr>
      <w:r/>
      <w:hyperlink r:id="rId10">
        <w:r>
          <w:rPr>
            <w:color w:val="0000EE"/>
            <w:u w:val="single"/>
          </w:rPr>
          <w:t>https://www.phuket101.net/andamanda-phuket-water-park/</w:t>
        </w:r>
      </w:hyperlink>
      <w:r>
        <w:t xml:space="preserve"> - Andamanda Water Park, located in Kathu, Phuket, is the island's largest water park, covering 100,000 square metres. Opened in 2022, it features 25 attractions, including 12 extreme water slides, and is themed around Thai mythology. The park is approximately 20 minutes from Patong Beach and a few minutes from Phuket Town. It offers a variety of water-based fun suitable for all ages, with dedicated play areas for younger children and larger slides for older kids and adults. The park also includes two restaurants and five themed zones inspired by Thai mythology.</w:t>
      </w:r>
      <w:r/>
    </w:p>
    <w:p>
      <w:pPr>
        <w:pStyle w:val="ListNumber"/>
        <w:spacing w:line="240" w:lineRule="auto"/>
        <w:ind w:left="720"/>
      </w:pPr>
      <w:r/>
      <w:hyperlink r:id="rId12">
        <w:r>
          <w:rPr>
            <w:color w:val="0000EE"/>
            <w:u w:val="single"/>
          </w:rPr>
          <w:t>https://www.phuket101.net/phuket-elephant-sanctuary/</w:t>
        </w:r>
      </w:hyperlink>
      <w:r>
        <w:t xml:space="preserve"> - Phuket Elephant Sanctuary, established in 2016, is a 30-acre retirement home for rescued elephants located near Bang Pae Waterfall in Phuket's northeast, adjacent to Khao Phra Thaeo National Park. The sanctuary provides a natural environment where elephants can roam freely, forage, and bathe without human interaction. Visitors can observe the elephants' daily activities, learn about their stories, and support ethical elephant tourism by visiting the sanctuary.</w:t>
      </w:r>
      <w:r/>
    </w:p>
    <w:p>
      <w:pPr>
        <w:pStyle w:val="ListNumber"/>
        <w:spacing w:line="240" w:lineRule="auto"/>
        <w:ind w:left="720"/>
      </w:pPr>
      <w:r/>
      <w:hyperlink r:id="rId15">
        <w:r>
          <w:rPr>
            <w:color w:val="0000EE"/>
            <w:u w:val="single"/>
          </w:rPr>
          <w:t>https://www.phuket101.net/old-phuket-town/</w:t>
        </w:r>
      </w:hyperlink>
      <w:r>
        <w:t xml:space="preserve"> - Old Phuket Town is a historic area in Phuket known for its colourful Sino-Portuguese architecture, local shops, cafés, and street food. Families can explore the vibrant streets, enjoy local snacks, and photograph the distinctive buildings. The relaxed walking pace makes it an ideal destination for a leisurely day outing, offering a glimpse into the island's rich cultural heritage.</w:t>
      </w:r>
      <w:r/>
    </w:p>
    <w:p>
      <w:pPr>
        <w:pStyle w:val="ListNumber"/>
        <w:spacing w:line="240" w:lineRule="auto"/>
        <w:ind w:left="720"/>
      </w:pPr>
      <w:r/>
      <w:hyperlink r:id="rId11">
        <w:r>
          <w:rPr>
            <w:color w:val="0000EE"/>
            <w:u w:val="single"/>
          </w:rPr>
          <w:t>https://www.phuket101.net/aquaria-phuket/</w:t>
        </w:r>
      </w:hyperlink>
      <w:r>
        <w:t xml:space="preserve"> - Aquaria Phuket is an indoor marine life attraction featuring large aquariums and exhibits showcasing various aquatic species, including sharks, rays, and colourful fish. It provides an educational experience for children to learn about marine life beneath the surface. The venue offers a cool environment, making it a suitable option for a quieter afternoon or a break from Phuket's tropical heat.</w:t>
      </w:r>
      <w:r/>
    </w:p>
    <w:p>
      <w:pPr>
        <w:pStyle w:val="ListNumber"/>
        <w:spacing w:line="240" w:lineRule="auto"/>
        <w:ind w:left="720"/>
      </w:pPr>
      <w:r/>
      <w:hyperlink r:id="rId13">
        <w:r>
          <w:rPr>
            <w:color w:val="0000EE"/>
            <w:u w:val="single"/>
          </w:rPr>
          <w:t>https://www.phuket101.net/hidden-forest-elephant-reserve/</w:t>
        </w:r>
      </w:hyperlink>
      <w:r>
        <w:t xml:space="preserve"> - Hidden Forest Elephant Reserve, located in Chalong, Phuket, is an ethical elephant sanctuary co-founded by Thai elephant expert P'Kong and UK-based Louise Rogerson. Opened in December 2023, the reserve is home to 10 rescued elephants who previously worked in the logging, riding, and bathing industries. Visitors can feed, walk with, and observe the elephants in a natural forest setting, supporting ethical elephant tourism practices.</w:t>
      </w:r>
      <w:r/>
    </w:p>
    <w:p>
      <w:pPr>
        <w:pStyle w:val="ListNumber"/>
        <w:spacing w:line="240" w:lineRule="auto"/>
        <w:ind w:left="720"/>
      </w:pPr>
      <w:r/>
      <w:hyperlink r:id="rId14">
        <w:r>
          <w:rPr>
            <w:color w:val="0000EE"/>
            <w:u w:val="single"/>
          </w:rPr>
          <w:t>https://www.phuket101.net/phuket-elephant-nature-reserve/</w:t>
        </w:r>
      </w:hyperlink>
      <w:r>
        <w:t xml:space="preserve"> - Phuket Elephant Nature Reserve is an accredited, sustainable, and ethical elephant sanctuary located on 30 rai of lush jungle land near the tropical beaches of west Phuket. The sanctuary focuses on high welfare standards for elephants, offering a hands-off experience with no riding or bathing. Visitors can observe and learn about the elephants in a natural environment, supporting conservation and ethical tourism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vacationgateway.com/best-things-to-do-in-phuket-for-families.html" TargetMode="External"/><Relationship Id="rId10" Type="http://schemas.openxmlformats.org/officeDocument/2006/relationships/hyperlink" Target="https://www.phuket101.net/andamanda-phuket-water-park/" TargetMode="External"/><Relationship Id="rId11" Type="http://schemas.openxmlformats.org/officeDocument/2006/relationships/hyperlink" Target="https://www.phuket101.net/aquaria-phuket/" TargetMode="External"/><Relationship Id="rId12" Type="http://schemas.openxmlformats.org/officeDocument/2006/relationships/hyperlink" Target="https://www.phuket101.net/phuket-elephant-sanctuary/" TargetMode="External"/><Relationship Id="rId13" Type="http://schemas.openxmlformats.org/officeDocument/2006/relationships/hyperlink" Target="https://www.phuket101.net/hidden-forest-elephant-reserve/" TargetMode="External"/><Relationship Id="rId14" Type="http://schemas.openxmlformats.org/officeDocument/2006/relationships/hyperlink" Target="https://www.phuket101.net/phuket-elephant-nature-reserve/" TargetMode="External"/><Relationship Id="rId15" Type="http://schemas.openxmlformats.org/officeDocument/2006/relationships/hyperlink" Target="https://www.phuket101.net/old-phuket-town/"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